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horzAnchor="margin" w:tblpXSpec="center" w:tblpY="-252"/>
        <w:tblW w:w="13887" w:type="dxa"/>
        <w:tblLayout w:type="fixed"/>
        <w:tblLook w:val="04A0" w:firstRow="1" w:lastRow="0" w:firstColumn="1" w:lastColumn="0" w:noHBand="0" w:noVBand="1"/>
      </w:tblPr>
      <w:tblGrid>
        <w:gridCol w:w="1513"/>
        <w:gridCol w:w="955"/>
        <w:gridCol w:w="1369"/>
        <w:gridCol w:w="3813"/>
        <w:gridCol w:w="1843"/>
        <w:gridCol w:w="4394"/>
      </w:tblGrid>
      <w:tr w:rsidR="000A308B" w:rsidRPr="00E54F8D" w14:paraId="1A626FBF" w14:textId="77777777" w:rsidTr="00E54F8D">
        <w:tc>
          <w:tcPr>
            <w:tcW w:w="13887" w:type="dxa"/>
            <w:gridSpan w:val="6"/>
          </w:tcPr>
          <w:p w14:paraId="11A2F804" w14:textId="77777777" w:rsidR="004F62C0" w:rsidRPr="00E54F8D" w:rsidRDefault="007C7D70" w:rsidP="00E54F8D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 xml:space="preserve">PREDMET: Nabava udžbenika za učenike 1. do 8. razreda Osnovne škole Franka Lisice </w:t>
            </w:r>
            <w:proofErr w:type="spellStart"/>
            <w:r w:rsidRPr="00E54F8D">
              <w:rPr>
                <w:b/>
                <w:sz w:val="24"/>
                <w:szCs w:val="24"/>
                <w:lang w:val="hr-HR"/>
              </w:rPr>
              <w:t>Polača</w:t>
            </w:r>
            <w:proofErr w:type="spellEnd"/>
            <w:r w:rsidRPr="00E54F8D">
              <w:rPr>
                <w:b/>
                <w:sz w:val="24"/>
                <w:szCs w:val="24"/>
                <w:lang w:val="hr-HR"/>
              </w:rPr>
              <w:t xml:space="preserve"> za šk. god. 2026./2027.</w:t>
            </w:r>
          </w:p>
          <w:p w14:paraId="34116528" w14:textId="2833275D" w:rsidR="000A308B" w:rsidRPr="00E54F8D" w:rsidRDefault="004F62C0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Evidencijski broj nabave: JN 01/2026</w:t>
            </w:r>
          </w:p>
        </w:tc>
      </w:tr>
      <w:tr w:rsidR="000A308B" w:rsidRPr="00E54F8D" w14:paraId="536D14DB" w14:textId="77777777" w:rsidTr="00E54F8D">
        <w:tc>
          <w:tcPr>
            <w:tcW w:w="13887" w:type="dxa"/>
            <w:gridSpan w:val="6"/>
          </w:tcPr>
          <w:p w14:paraId="4D65BF6A" w14:textId="77777777" w:rsidR="000A308B" w:rsidRPr="00E54F8D" w:rsidRDefault="007C7D70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Prvi razred</w:t>
            </w:r>
          </w:p>
        </w:tc>
      </w:tr>
      <w:tr w:rsidR="001B3212" w:rsidRPr="00E54F8D" w14:paraId="43F10EC2" w14:textId="77777777" w:rsidTr="00E54F8D">
        <w:tc>
          <w:tcPr>
            <w:tcW w:w="1513" w:type="dxa"/>
          </w:tcPr>
          <w:p w14:paraId="1AC5FD1D" w14:textId="77777777" w:rsidR="001B3212" w:rsidRPr="00E54F8D" w:rsidRDefault="001B3212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955" w:type="dxa"/>
          </w:tcPr>
          <w:p w14:paraId="388BF610" w14:textId="77777777" w:rsidR="001B3212" w:rsidRPr="00E54F8D" w:rsidRDefault="001B3212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369" w:type="dxa"/>
          </w:tcPr>
          <w:p w14:paraId="6C6B83F3" w14:textId="77777777" w:rsidR="001B3212" w:rsidRPr="00E54F8D" w:rsidRDefault="001B3212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3813" w:type="dxa"/>
          </w:tcPr>
          <w:p w14:paraId="73B1EDB2" w14:textId="77777777" w:rsidR="001B3212" w:rsidRPr="00E54F8D" w:rsidRDefault="001B3212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1843" w:type="dxa"/>
          </w:tcPr>
          <w:p w14:paraId="0BF8BF93" w14:textId="77777777" w:rsidR="001B3212" w:rsidRPr="00E54F8D" w:rsidRDefault="001B3212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4394" w:type="dxa"/>
          </w:tcPr>
          <w:p w14:paraId="60DA3242" w14:textId="77777777" w:rsidR="001B3212" w:rsidRPr="00E54F8D" w:rsidRDefault="001B3212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1B3212" w:rsidRPr="00E54F8D" w14:paraId="1E3D7375" w14:textId="77777777" w:rsidTr="00E54F8D">
        <w:tc>
          <w:tcPr>
            <w:tcW w:w="1513" w:type="dxa"/>
          </w:tcPr>
          <w:p w14:paraId="11CFF0DC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955" w:type="dxa"/>
          </w:tcPr>
          <w:p w14:paraId="3B440618" w14:textId="77777777" w:rsidR="00E27191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6030</w:t>
            </w:r>
          </w:p>
          <w:p w14:paraId="5E8C876F" w14:textId="77777777" w:rsidR="00E27191" w:rsidRPr="00E54F8D" w:rsidRDefault="00E27191" w:rsidP="00E54F8D">
            <w:pPr>
              <w:rPr>
                <w:sz w:val="24"/>
                <w:szCs w:val="24"/>
                <w:lang w:val="hr-HR"/>
              </w:rPr>
            </w:pPr>
          </w:p>
          <w:p w14:paraId="145A57C8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670140FA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0279BEB2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7157ED3A" w14:textId="139575A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6031</w:t>
            </w:r>
          </w:p>
        </w:tc>
        <w:tc>
          <w:tcPr>
            <w:tcW w:w="1369" w:type="dxa"/>
          </w:tcPr>
          <w:p w14:paraId="5534CAF2" w14:textId="2EA43B88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</w:t>
            </w:r>
            <w:r w:rsidR="004F5A04">
              <w:rPr>
                <w:sz w:val="24"/>
                <w:szCs w:val="24"/>
                <w:lang w:val="hr-HR"/>
              </w:rPr>
              <w:t>lfa</w:t>
            </w:r>
          </w:p>
        </w:tc>
        <w:tc>
          <w:tcPr>
            <w:tcW w:w="3813" w:type="dxa"/>
          </w:tcPr>
          <w:p w14:paraId="29ED35F9" w14:textId="6A0123DB" w:rsidR="001B3212" w:rsidRDefault="001B3212" w:rsidP="00E54F8D">
            <w:pPr>
              <w:rPr>
                <w:sz w:val="24"/>
                <w:szCs w:val="24"/>
                <w:lang w:val="hr-HR"/>
              </w:rPr>
            </w:pPr>
            <w:proofErr w:type="spellStart"/>
            <w:r w:rsidRPr="00E54F8D">
              <w:rPr>
                <w:sz w:val="24"/>
                <w:szCs w:val="24"/>
                <w:lang w:val="hr-HR"/>
              </w:rPr>
              <w:t>Škrinjica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slova i riječi 1, prvi dio </w:t>
            </w:r>
            <w:r w:rsidR="002366C0">
              <w:rPr>
                <w:sz w:val="24"/>
                <w:szCs w:val="24"/>
                <w:lang w:val="hr-HR"/>
              </w:rPr>
              <w:t>i</w:t>
            </w:r>
            <w:r w:rsidRPr="00E54F8D">
              <w:rPr>
                <w:sz w:val="24"/>
                <w:szCs w:val="24"/>
                <w:lang w:val="hr-HR"/>
              </w:rPr>
              <w:t xml:space="preserve">ntegrirani radni udžbenik iz hrvatskoga jezika za prvi razred osnovne škole </w:t>
            </w:r>
          </w:p>
          <w:p w14:paraId="39BC7525" w14:textId="77777777" w:rsidR="002366C0" w:rsidRPr="00E54F8D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655A8FF0" w14:textId="7623376C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proofErr w:type="spellStart"/>
            <w:r w:rsidRPr="00E54F8D">
              <w:rPr>
                <w:sz w:val="24"/>
                <w:szCs w:val="24"/>
                <w:lang w:val="hr-HR"/>
              </w:rPr>
              <w:t>Škrinjica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slova i riječi 1, drugi dio </w:t>
            </w:r>
            <w:r w:rsidR="002366C0">
              <w:rPr>
                <w:sz w:val="24"/>
                <w:szCs w:val="24"/>
                <w:lang w:val="hr-HR"/>
              </w:rPr>
              <w:t>i</w:t>
            </w:r>
            <w:r w:rsidRPr="00E54F8D">
              <w:rPr>
                <w:sz w:val="24"/>
                <w:szCs w:val="24"/>
                <w:lang w:val="hr-HR"/>
              </w:rPr>
              <w:t>ntegrirani radni udžbenik iz hrvatskoga jezika za prvi razred osnovne škole</w:t>
            </w:r>
          </w:p>
        </w:tc>
        <w:tc>
          <w:tcPr>
            <w:tcW w:w="1843" w:type="dxa"/>
          </w:tcPr>
          <w:p w14:paraId="4D2CC4D4" w14:textId="2173B872" w:rsidR="001B3212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 xml:space="preserve">adni udžbenik </w:t>
            </w:r>
          </w:p>
          <w:p w14:paraId="79243F13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</w:p>
          <w:p w14:paraId="6FE91522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3CA21B86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485C4095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5E50C4D9" w14:textId="5D91C369" w:rsidR="001B3212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5B9CB0CA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dr. sc. Dubravka Težak, dr. sc. Marina Gabelica, Vesna Marjanović, Andrea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Škribulja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Horvat</w:t>
            </w:r>
          </w:p>
        </w:tc>
      </w:tr>
      <w:tr w:rsidR="001B3212" w:rsidRPr="00E54F8D" w14:paraId="4E1CCF91" w14:textId="77777777" w:rsidTr="00E54F8D">
        <w:tc>
          <w:tcPr>
            <w:tcW w:w="1513" w:type="dxa"/>
          </w:tcPr>
          <w:p w14:paraId="36831EA1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955" w:type="dxa"/>
          </w:tcPr>
          <w:p w14:paraId="64E58D17" w14:textId="77777777" w:rsidR="00E27191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6100  </w:t>
            </w:r>
          </w:p>
          <w:p w14:paraId="44F4E347" w14:textId="77777777" w:rsidR="00E27191" w:rsidRPr="00E54F8D" w:rsidRDefault="00E27191" w:rsidP="00E54F8D">
            <w:pPr>
              <w:rPr>
                <w:sz w:val="24"/>
                <w:szCs w:val="24"/>
                <w:lang w:val="hr-HR"/>
              </w:rPr>
            </w:pPr>
          </w:p>
          <w:p w14:paraId="7DB7AC92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455A3C4A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5F3AD922" w14:textId="0A644FE8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6101</w:t>
            </w:r>
          </w:p>
        </w:tc>
        <w:tc>
          <w:tcPr>
            <w:tcW w:w="1369" w:type="dxa"/>
          </w:tcPr>
          <w:p w14:paraId="6FA8D49A" w14:textId="32174CF6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</w:t>
            </w:r>
            <w:r w:rsidR="004F5A04">
              <w:rPr>
                <w:sz w:val="24"/>
                <w:szCs w:val="24"/>
                <w:lang w:val="hr-HR"/>
              </w:rPr>
              <w:t>lfa</w:t>
            </w:r>
          </w:p>
        </w:tc>
        <w:tc>
          <w:tcPr>
            <w:tcW w:w="3813" w:type="dxa"/>
          </w:tcPr>
          <w:p w14:paraId="50AAD376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Matematika 1, prvi dio </w:t>
            </w:r>
          </w:p>
          <w:p w14:paraId="5AE99953" w14:textId="4ECF493C" w:rsidR="001B3212" w:rsidRDefault="002366C0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 xml:space="preserve">adni udžbenik iz matematike za prvi razred osnovne škole </w:t>
            </w:r>
          </w:p>
          <w:p w14:paraId="5B5E3460" w14:textId="77777777" w:rsidR="002366C0" w:rsidRPr="00E54F8D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11C03E16" w14:textId="77777777" w:rsidR="002366C0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Matematika 1, drugi dio </w:t>
            </w:r>
          </w:p>
          <w:p w14:paraId="3AF0FD53" w14:textId="7187725B" w:rsidR="001B3212" w:rsidRPr="00E54F8D" w:rsidRDefault="002366C0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 iz matematike za prvi razred osnovne škole</w:t>
            </w:r>
          </w:p>
        </w:tc>
        <w:tc>
          <w:tcPr>
            <w:tcW w:w="1843" w:type="dxa"/>
          </w:tcPr>
          <w:p w14:paraId="1824120E" w14:textId="44F64764" w:rsidR="002366C0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 xml:space="preserve">adni udžbenik </w:t>
            </w:r>
          </w:p>
          <w:p w14:paraId="2774AC52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1C35C185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2768AC33" w14:textId="77777777" w:rsidR="002366C0" w:rsidRDefault="002366C0" w:rsidP="00E54F8D">
            <w:pPr>
              <w:rPr>
                <w:sz w:val="24"/>
                <w:szCs w:val="24"/>
                <w:lang w:val="hr-HR"/>
              </w:rPr>
            </w:pPr>
          </w:p>
          <w:p w14:paraId="4A3329DA" w14:textId="05BA0BF0" w:rsidR="001B3212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27D95BBA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dr. sc. Josip Markovac, Ivana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Štenc</w:t>
            </w:r>
            <w:proofErr w:type="spellEnd"/>
          </w:p>
        </w:tc>
      </w:tr>
      <w:tr w:rsidR="001B3212" w:rsidRPr="00E54F8D" w14:paraId="28C1C747" w14:textId="77777777" w:rsidTr="00E54F8D">
        <w:tc>
          <w:tcPr>
            <w:tcW w:w="1513" w:type="dxa"/>
          </w:tcPr>
          <w:p w14:paraId="4253D035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i društvo</w:t>
            </w:r>
          </w:p>
        </w:tc>
        <w:tc>
          <w:tcPr>
            <w:tcW w:w="955" w:type="dxa"/>
          </w:tcPr>
          <w:p w14:paraId="246755A0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6144</w:t>
            </w:r>
          </w:p>
        </w:tc>
        <w:tc>
          <w:tcPr>
            <w:tcW w:w="1369" w:type="dxa"/>
          </w:tcPr>
          <w:p w14:paraId="2B4CA2D5" w14:textId="4D35B4DF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</w:t>
            </w:r>
            <w:r w:rsidR="004F5A04">
              <w:rPr>
                <w:sz w:val="24"/>
                <w:szCs w:val="24"/>
                <w:lang w:val="hr-HR"/>
              </w:rPr>
              <w:t>lfa</w:t>
            </w:r>
          </w:p>
        </w:tc>
        <w:tc>
          <w:tcPr>
            <w:tcW w:w="3813" w:type="dxa"/>
          </w:tcPr>
          <w:p w14:paraId="3715DF12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Priroda, društvo i ja 1 </w:t>
            </w:r>
          </w:p>
          <w:p w14:paraId="360F98B3" w14:textId="035B5426" w:rsidR="001B3212" w:rsidRPr="00E54F8D" w:rsidRDefault="002366C0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 iz prirode i društva za prvi razred osnovne škole</w:t>
            </w:r>
          </w:p>
        </w:tc>
        <w:tc>
          <w:tcPr>
            <w:tcW w:w="1843" w:type="dxa"/>
          </w:tcPr>
          <w:p w14:paraId="0F61E445" w14:textId="4147C731" w:rsidR="001B3212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397EEB5B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dr. sc. Mila Bulić, Gordana Kralj, Lidija Križanić, Karmen Hlad, Andreja Kovač, Andreja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Kosorčić</w:t>
            </w:r>
            <w:proofErr w:type="spellEnd"/>
          </w:p>
        </w:tc>
      </w:tr>
      <w:tr w:rsidR="001B3212" w:rsidRPr="00E54F8D" w14:paraId="6FAC2B80" w14:textId="77777777" w:rsidTr="00E54F8D">
        <w:tc>
          <w:tcPr>
            <w:tcW w:w="1513" w:type="dxa"/>
          </w:tcPr>
          <w:p w14:paraId="2D06C0B1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Informatika</w:t>
            </w:r>
          </w:p>
        </w:tc>
        <w:tc>
          <w:tcPr>
            <w:tcW w:w="955" w:type="dxa"/>
          </w:tcPr>
          <w:p w14:paraId="771B0E3B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7001</w:t>
            </w:r>
          </w:p>
        </w:tc>
        <w:tc>
          <w:tcPr>
            <w:tcW w:w="1369" w:type="dxa"/>
          </w:tcPr>
          <w:p w14:paraId="63FDD5A8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813" w:type="dxa"/>
          </w:tcPr>
          <w:p w14:paraId="1BFA8159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E-SVIJET 1 : radni udžbenik informatike s dodatnim digitalnim sadržajima u prvom razredu osnovne škole</w:t>
            </w:r>
          </w:p>
        </w:tc>
        <w:tc>
          <w:tcPr>
            <w:tcW w:w="1843" w:type="dxa"/>
          </w:tcPr>
          <w:p w14:paraId="7440FBB6" w14:textId="286C383C" w:rsidR="001B3212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394" w:type="dxa"/>
          </w:tcPr>
          <w:p w14:paraId="7C0560C9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Blagus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Nataša Ljubić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Klemše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Flisar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Odorčić, Nikolina Bubica, Ivana Ružić,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</w:p>
        </w:tc>
      </w:tr>
      <w:tr w:rsidR="001B3212" w:rsidRPr="00E54F8D" w14:paraId="543B00D5" w14:textId="77777777" w:rsidTr="00E54F8D">
        <w:tc>
          <w:tcPr>
            <w:tcW w:w="1513" w:type="dxa"/>
          </w:tcPr>
          <w:p w14:paraId="3B0DBF04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Engleski jezik</w:t>
            </w:r>
          </w:p>
        </w:tc>
        <w:tc>
          <w:tcPr>
            <w:tcW w:w="955" w:type="dxa"/>
          </w:tcPr>
          <w:p w14:paraId="1965DD7D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5984</w:t>
            </w:r>
          </w:p>
        </w:tc>
        <w:tc>
          <w:tcPr>
            <w:tcW w:w="1369" w:type="dxa"/>
          </w:tcPr>
          <w:p w14:paraId="73EEC080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813" w:type="dxa"/>
          </w:tcPr>
          <w:p w14:paraId="295BE244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NEW BUILDING BLOCKS 1 : udžbenik engleskog jezika za prvi razred osnovne škole, prva godina učenja</w:t>
            </w:r>
          </w:p>
        </w:tc>
        <w:tc>
          <w:tcPr>
            <w:tcW w:w="1843" w:type="dxa"/>
          </w:tcPr>
          <w:p w14:paraId="4504169B" w14:textId="1917DFDB" w:rsidR="001B3212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48E41239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Kristina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Čajo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Anđel, Daška Domljan, Ankica Knezović, Danka Singer</w:t>
            </w:r>
          </w:p>
        </w:tc>
      </w:tr>
      <w:tr w:rsidR="001B3212" w:rsidRPr="00E54F8D" w14:paraId="3F28F756" w14:textId="77777777" w:rsidTr="00E54F8D">
        <w:tc>
          <w:tcPr>
            <w:tcW w:w="1513" w:type="dxa"/>
          </w:tcPr>
          <w:p w14:paraId="769BC0DE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Vjeronauk</w:t>
            </w:r>
          </w:p>
        </w:tc>
        <w:tc>
          <w:tcPr>
            <w:tcW w:w="955" w:type="dxa"/>
          </w:tcPr>
          <w:p w14:paraId="50430E84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6079</w:t>
            </w:r>
          </w:p>
        </w:tc>
        <w:tc>
          <w:tcPr>
            <w:tcW w:w="1369" w:type="dxa"/>
          </w:tcPr>
          <w:p w14:paraId="3790C02F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Glas Koncila</w:t>
            </w:r>
          </w:p>
        </w:tc>
        <w:tc>
          <w:tcPr>
            <w:tcW w:w="3813" w:type="dxa"/>
          </w:tcPr>
          <w:p w14:paraId="4729A9EF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 BOŽJOJ LJUBAVI</w:t>
            </w:r>
          </w:p>
        </w:tc>
        <w:tc>
          <w:tcPr>
            <w:tcW w:w="1843" w:type="dxa"/>
          </w:tcPr>
          <w:p w14:paraId="24690E04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4394" w:type="dxa"/>
          </w:tcPr>
          <w:p w14:paraId="6D4B8146" w14:textId="77777777" w:rsidR="001B3212" w:rsidRPr="00E54F8D" w:rsidRDefault="001B3212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Josip Šimunović, Tihana Petković, Suzana Lipovac</w:t>
            </w:r>
          </w:p>
        </w:tc>
      </w:tr>
    </w:tbl>
    <w:p w14:paraId="21A57CA7" w14:textId="77777777" w:rsidR="000A308B" w:rsidRPr="00E54F8D" w:rsidRDefault="000A308B">
      <w:pPr>
        <w:rPr>
          <w:sz w:val="24"/>
          <w:szCs w:val="24"/>
          <w:lang w:val="hr-HR"/>
        </w:rPr>
      </w:pPr>
    </w:p>
    <w:p w14:paraId="64ABE769" w14:textId="77777777" w:rsidR="009E767E" w:rsidRPr="00E54F8D" w:rsidRDefault="009E767E">
      <w:pPr>
        <w:rPr>
          <w:sz w:val="24"/>
          <w:szCs w:val="24"/>
          <w:lang w:val="hr-HR"/>
        </w:rPr>
      </w:pPr>
    </w:p>
    <w:tbl>
      <w:tblPr>
        <w:tblStyle w:val="Reetkatablice"/>
        <w:tblpPr w:leftFromText="180" w:rightFromText="180" w:vertAnchor="text" w:horzAnchor="margin" w:tblpXSpec="center" w:tblpY="316"/>
        <w:tblW w:w="13887" w:type="dxa"/>
        <w:tblLayout w:type="fixed"/>
        <w:tblLook w:val="04A0" w:firstRow="1" w:lastRow="0" w:firstColumn="1" w:lastColumn="0" w:noHBand="0" w:noVBand="1"/>
      </w:tblPr>
      <w:tblGrid>
        <w:gridCol w:w="1513"/>
        <w:gridCol w:w="955"/>
        <w:gridCol w:w="1369"/>
        <w:gridCol w:w="3813"/>
        <w:gridCol w:w="1843"/>
        <w:gridCol w:w="4394"/>
      </w:tblGrid>
      <w:tr w:rsidR="00E54F8D" w:rsidRPr="00E54F8D" w14:paraId="4B4B175B" w14:textId="77777777" w:rsidTr="00E54F8D">
        <w:tc>
          <w:tcPr>
            <w:tcW w:w="13887" w:type="dxa"/>
            <w:gridSpan w:val="6"/>
          </w:tcPr>
          <w:p w14:paraId="1ECD7696" w14:textId="77777777" w:rsidR="00E54F8D" w:rsidRPr="00E54F8D" w:rsidRDefault="00E54F8D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Drugi razred</w:t>
            </w:r>
          </w:p>
        </w:tc>
      </w:tr>
      <w:tr w:rsidR="00E54F8D" w:rsidRPr="00E54F8D" w14:paraId="751E1CCD" w14:textId="77777777" w:rsidTr="00E54F8D">
        <w:tc>
          <w:tcPr>
            <w:tcW w:w="1513" w:type="dxa"/>
          </w:tcPr>
          <w:p w14:paraId="1ACBE71C" w14:textId="77777777" w:rsidR="00E54F8D" w:rsidRPr="00E54F8D" w:rsidRDefault="00E54F8D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955" w:type="dxa"/>
          </w:tcPr>
          <w:p w14:paraId="1B6DE9FA" w14:textId="77777777" w:rsidR="00E54F8D" w:rsidRPr="00E54F8D" w:rsidRDefault="00E54F8D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369" w:type="dxa"/>
          </w:tcPr>
          <w:p w14:paraId="62B5D643" w14:textId="77777777" w:rsidR="00E54F8D" w:rsidRPr="00E54F8D" w:rsidRDefault="00E54F8D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3813" w:type="dxa"/>
          </w:tcPr>
          <w:p w14:paraId="74E9BC40" w14:textId="77777777" w:rsidR="00E54F8D" w:rsidRPr="00E54F8D" w:rsidRDefault="00E54F8D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1843" w:type="dxa"/>
          </w:tcPr>
          <w:p w14:paraId="45E7E361" w14:textId="77777777" w:rsidR="00E54F8D" w:rsidRPr="00E54F8D" w:rsidRDefault="00E54F8D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4394" w:type="dxa"/>
          </w:tcPr>
          <w:p w14:paraId="6C0ACB17" w14:textId="77777777" w:rsidR="00E54F8D" w:rsidRPr="00E54F8D" w:rsidRDefault="00E54F8D" w:rsidP="00E54F8D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E54F8D" w:rsidRPr="00E54F8D" w14:paraId="7BCF06A6" w14:textId="77777777" w:rsidTr="00E54F8D">
        <w:tc>
          <w:tcPr>
            <w:tcW w:w="1513" w:type="dxa"/>
          </w:tcPr>
          <w:p w14:paraId="1F43D099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955" w:type="dxa"/>
          </w:tcPr>
          <w:p w14:paraId="07A63542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7071</w:t>
            </w:r>
          </w:p>
        </w:tc>
        <w:tc>
          <w:tcPr>
            <w:tcW w:w="1369" w:type="dxa"/>
          </w:tcPr>
          <w:p w14:paraId="0E55D6E2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813" w:type="dxa"/>
          </w:tcPr>
          <w:p w14:paraId="0E214E88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PČELICA 2, I. I II. DIO : radni udžbenik hrvatskog jezika s dodatnim digitalnim sadržajima u drugom razredu osnovne škole, 1. i 2. dio.</w:t>
            </w:r>
          </w:p>
        </w:tc>
        <w:tc>
          <w:tcPr>
            <w:tcW w:w="1843" w:type="dxa"/>
          </w:tcPr>
          <w:p w14:paraId="2ECE7440" w14:textId="741AABE2" w:rsidR="00E54F8D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E54F8D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414E819C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Sonja Ivić, Marija Krmpotić</w:t>
            </w:r>
          </w:p>
        </w:tc>
      </w:tr>
      <w:tr w:rsidR="00E54F8D" w:rsidRPr="00E54F8D" w14:paraId="764DCF5B" w14:textId="77777777" w:rsidTr="00E54F8D">
        <w:tc>
          <w:tcPr>
            <w:tcW w:w="1513" w:type="dxa"/>
          </w:tcPr>
          <w:p w14:paraId="503F0B5C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955" w:type="dxa"/>
          </w:tcPr>
          <w:p w14:paraId="1DA3A868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7059</w:t>
            </w:r>
          </w:p>
        </w:tc>
        <w:tc>
          <w:tcPr>
            <w:tcW w:w="1369" w:type="dxa"/>
          </w:tcPr>
          <w:p w14:paraId="2A806B69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813" w:type="dxa"/>
          </w:tcPr>
          <w:p w14:paraId="1BA55584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 SRETNI BROJ 2 : udžbenik matematike s dodatnim digitalnim sadržajima u drugom razredu osnovne škole</w:t>
            </w:r>
          </w:p>
        </w:tc>
        <w:tc>
          <w:tcPr>
            <w:tcW w:w="1843" w:type="dxa"/>
          </w:tcPr>
          <w:p w14:paraId="30CE6F89" w14:textId="5BA78916" w:rsidR="00E54F8D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E54F8D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7A99B8A7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Sanja Jakovljević Rogić, Dubravka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Miklec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Graciella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Prtajin</w:t>
            </w:r>
            <w:proofErr w:type="spellEnd"/>
          </w:p>
        </w:tc>
      </w:tr>
      <w:tr w:rsidR="00E54F8D" w:rsidRPr="00E54F8D" w14:paraId="419A206A" w14:textId="77777777" w:rsidTr="00E54F8D">
        <w:tc>
          <w:tcPr>
            <w:tcW w:w="1513" w:type="dxa"/>
          </w:tcPr>
          <w:p w14:paraId="2218DD75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i društvo</w:t>
            </w:r>
          </w:p>
        </w:tc>
        <w:tc>
          <w:tcPr>
            <w:tcW w:w="955" w:type="dxa"/>
          </w:tcPr>
          <w:p w14:paraId="2EF48DAC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7034</w:t>
            </w:r>
          </w:p>
        </w:tc>
        <w:tc>
          <w:tcPr>
            <w:tcW w:w="1369" w:type="dxa"/>
          </w:tcPr>
          <w:p w14:paraId="76EBD3DA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813" w:type="dxa"/>
          </w:tcPr>
          <w:p w14:paraId="502B4044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ISTRAŽUJEMO NAŠ SVIJET 2 : udžbenik prirode i društva s dodatnim digitalnim sadržajima u drugome razredu osnovne škole</w:t>
            </w:r>
          </w:p>
        </w:tc>
        <w:tc>
          <w:tcPr>
            <w:tcW w:w="1843" w:type="dxa"/>
          </w:tcPr>
          <w:p w14:paraId="264D441A" w14:textId="33BED8F9" w:rsidR="00E54F8D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E54F8D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7D3A5349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Tamara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Kisovar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Ivanda, Alena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Letina</w:t>
            </w:r>
            <w:proofErr w:type="spellEnd"/>
          </w:p>
        </w:tc>
      </w:tr>
      <w:tr w:rsidR="00E54F8D" w:rsidRPr="00E54F8D" w14:paraId="449551D1" w14:textId="77777777" w:rsidTr="00E54F8D">
        <w:tc>
          <w:tcPr>
            <w:tcW w:w="1513" w:type="dxa"/>
          </w:tcPr>
          <w:p w14:paraId="50DA56F4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Informatika</w:t>
            </w:r>
          </w:p>
        </w:tc>
        <w:tc>
          <w:tcPr>
            <w:tcW w:w="955" w:type="dxa"/>
          </w:tcPr>
          <w:p w14:paraId="63469D50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7002</w:t>
            </w:r>
          </w:p>
        </w:tc>
        <w:tc>
          <w:tcPr>
            <w:tcW w:w="1369" w:type="dxa"/>
          </w:tcPr>
          <w:p w14:paraId="270DFBA0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813" w:type="dxa"/>
          </w:tcPr>
          <w:p w14:paraId="5E7B02BD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E-SVIJET 2 : radni udžbenik informatike s dodatnim digitalnim sadržajima u drugom razredu osnovne škole</w:t>
            </w:r>
          </w:p>
        </w:tc>
        <w:tc>
          <w:tcPr>
            <w:tcW w:w="1843" w:type="dxa"/>
          </w:tcPr>
          <w:p w14:paraId="3024EFCB" w14:textId="1C83F34B" w:rsidR="00E54F8D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E54F8D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394" w:type="dxa"/>
          </w:tcPr>
          <w:p w14:paraId="140FFE23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Blagus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Nataša Ljubić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Klemše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Flisar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Odorčić, Ivana Ružić,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</w:p>
        </w:tc>
      </w:tr>
      <w:tr w:rsidR="00E54F8D" w:rsidRPr="00E54F8D" w14:paraId="3EF5EC21" w14:textId="77777777" w:rsidTr="00E54F8D">
        <w:tc>
          <w:tcPr>
            <w:tcW w:w="1513" w:type="dxa"/>
          </w:tcPr>
          <w:p w14:paraId="2F70953F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Engleski jezik</w:t>
            </w:r>
          </w:p>
        </w:tc>
        <w:tc>
          <w:tcPr>
            <w:tcW w:w="955" w:type="dxa"/>
          </w:tcPr>
          <w:p w14:paraId="0D1A4EF5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6897</w:t>
            </w:r>
          </w:p>
        </w:tc>
        <w:tc>
          <w:tcPr>
            <w:tcW w:w="1369" w:type="dxa"/>
          </w:tcPr>
          <w:p w14:paraId="4553C1E7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813" w:type="dxa"/>
          </w:tcPr>
          <w:p w14:paraId="39429DE6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NEW BUILDING BLOCKS 2 : udžbenik engleskoga jezika za drugi razred osnovne škole, druga godina učenja</w:t>
            </w:r>
          </w:p>
        </w:tc>
        <w:tc>
          <w:tcPr>
            <w:tcW w:w="1843" w:type="dxa"/>
          </w:tcPr>
          <w:p w14:paraId="4BB0585F" w14:textId="1D5010CD" w:rsidR="00E54F8D" w:rsidRPr="00E54F8D" w:rsidRDefault="00C75DD6" w:rsidP="00E54F8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E54F8D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394" w:type="dxa"/>
          </w:tcPr>
          <w:p w14:paraId="473B09DB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Kristina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Čajo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Anđel, Daška Domljan, Ankica Knezović, Danka Singer</w:t>
            </w:r>
          </w:p>
        </w:tc>
      </w:tr>
      <w:tr w:rsidR="00E54F8D" w:rsidRPr="00E54F8D" w14:paraId="3BCEDF28" w14:textId="77777777" w:rsidTr="00E54F8D">
        <w:tc>
          <w:tcPr>
            <w:tcW w:w="1513" w:type="dxa"/>
          </w:tcPr>
          <w:p w14:paraId="7B707218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Vjeronauk</w:t>
            </w:r>
          </w:p>
        </w:tc>
        <w:tc>
          <w:tcPr>
            <w:tcW w:w="955" w:type="dxa"/>
          </w:tcPr>
          <w:p w14:paraId="23D60732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6721</w:t>
            </w:r>
          </w:p>
        </w:tc>
        <w:tc>
          <w:tcPr>
            <w:tcW w:w="1369" w:type="dxa"/>
          </w:tcPr>
          <w:p w14:paraId="64DEC208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Glas Koncila</w:t>
            </w:r>
          </w:p>
        </w:tc>
        <w:tc>
          <w:tcPr>
            <w:tcW w:w="3813" w:type="dxa"/>
          </w:tcPr>
          <w:p w14:paraId="50C6A7F0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 PRIJATELJSTVU S BOGOM : udžbenik za katolički vjeronauk drugoga razreda osnovne škole</w:t>
            </w:r>
          </w:p>
        </w:tc>
        <w:tc>
          <w:tcPr>
            <w:tcW w:w="1843" w:type="dxa"/>
          </w:tcPr>
          <w:p w14:paraId="702585C4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4394" w:type="dxa"/>
          </w:tcPr>
          <w:p w14:paraId="6A899966" w14:textId="77777777" w:rsidR="00E54F8D" w:rsidRPr="00E54F8D" w:rsidRDefault="00E54F8D" w:rsidP="00E54F8D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Josip Šimunović, Tihana Petković, Suzana Lipovac</w:t>
            </w:r>
          </w:p>
        </w:tc>
      </w:tr>
    </w:tbl>
    <w:p w14:paraId="63C14849" w14:textId="77777777" w:rsidR="00E54F8D" w:rsidRPr="00E54F8D" w:rsidRDefault="00E54F8D">
      <w:pPr>
        <w:rPr>
          <w:sz w:val="24"/>
          <w:szCs w:val="24"/>
          <w:lang w:val="hr-HR"/>
        </w:rPr>
      </w:pPr>
    </w:p>
    <w:p w14:paraId="352DDFFE" w14:textId="77777777" w:rsidR="009E767E" w:rsidRPr="00E54F8D" w:rsidRDefault="009E767E">
      <w:pPr>
        <w:rPr>
          <w:sz w:val="24"/>
          <w:szCs w:val="24"/>
          <w:lang w:val="hr-HR"/>
        </w:rPr>
      </w:pPr>
    </w:p>
    <w:tbl>
      <w:tblPr>
        <w:tblStyle w:val="Reetkatablice"/>
        <w:tblW w:w="138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1417"/>
        <w:gridCol w:w="4132"/>
        <w:gridCol w:w="1814"/>
        <w:gridCol w:w="4119"/>
      </w:tblGrid>
      <w:tr w:rsidR="000A308B" w:rsidRPr="00E54F8D" w14:paraId="0766EC14" w14:textId="77777777" w:rsidTr="00E54F8D">
        <w:trPr>
          <w:trHeight w:val="276"/>
        </w:trPr>
        <w:tc>
          <w:tcPr>
            <w:tcW w:w="13893" w:type="dxa"/>
            <w:gridSpan w:val="6"/>
          </w:tcPr>
          <w:p w14:paraId="3BF6D570" w14:textId="77777777" w:rsidR="000A308B" w:rsidRPr="00E54F8D" w:rsidRDefault="007C7D70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Treći razred</w:t>
            </w:r>
          </w:p>
        </w:tc>
      </w:tr>
      <w:tr w:rsidR="001B3212" w:rsidRPr="00E54F8D" w14:paraId="599D0F49" w14:textId="77777777" w:rsidTr="002366C0">
        <w:trPr>
          <w:trHeight w:val="565"/>
        </w:trPr>
        <w:tc>
          <w:tcPr>
            <w:tcW w:w="1560" w:type="dxa"/>
          </w:tcPr>
          <w:p w14:paraId="127B6C32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851" w:type="dxa"/>
          </w:tcPr>
          <w:p w14:paraId="23F28518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417" w:type="dxa"/>
          </w:tcPr>
          <w:p w14:paraId="29E8B5C6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4132" w:type="dxa"/>
          </w:tcPr>
          <w:p w14:paraId="5F922E6A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1814" w:type="dxa"/>
          </w:tcPr>
          <w:p w14:paraId="060B8F46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4119" w:type="dxa"/>
          </w:tcPr>
          <w:p w14:paraId="04842017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1B3212" w:rsidRPr="00E54F8D" w14:paraId="733E4EB9" w14:textId="77777777" w:rsidTr="002366C0">
        <w:trPr>
          <w:trHeight w:val="1130"/>
        </w:trPr>
        <w:tc>
          <w:tcPr>
            <w:tcW w:w="1560" w:type="dxa"/>
          </w:tcPr>
          <w:p w14:paraId="79603E8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851" w:type="dxa"/>
          </w:tcPr>
          <w:p w14:paraId="7C4CC20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7108</w:t>
            </w:r>
          </w:p>
        </w:tc>
        <w:tc>
          <w:tcPr>
            <w:tcW w:w="1417" w:type="dxa"/>
          </w:tcPr>
          <w:p w14:paraId="27BC4483" w14:textId="02F92AE9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2366C0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4132" w:type="dxa"/>
          </w:tcPr>
          <w:p w14:paraId="7C9D117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ZLATNA VRATA 3 : integrirani radni udžbenik hrvatskoga jezika s dodatnim digitalnim sadržajem u trećem razredu osnovne škole</w:t>
            </w:r>
          </w:p>
        </w:tc>
        <w:tc>
          <w:tcPr>
            <w:tcW w:w="1814" w:type="dxa"/>
          </w:tcPr>
          <w:p w14:paraId="30B3945D" w14:textId="7E45EB43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744F8C1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Sonja Ivić, Marija Krmpotić</w:t>
            </w:r>
          </w:p>
        </w:tc>
      </w:tr>
      <w:tr w:rsidR="001B3212" w:rsidRPr="00E54F8D" w14:paraId="41AE0CF0" w14:textId="77777777" w:rsidTr="002366C0">
        <w:trPr>
          <w:trHeight w:val="2248"/>
        </w:trPr>
        <w:tc>
          <w:tcPr>
            <w:tcW w:w="1560" w:type="dxa"/>
          </w:tcPr>
          <w:p w14:paraId="385EF86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851" w:type="dxa"/>
          </w:tcPr>
          <w:p w14:paraId="2E6C888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7698</w:t>
            </w:r>
          </w:p>
        </w:tc>
        <w:tc>
          <w:tcPr>
            <w:tcW w:w="1417" w:type="dxa"/>
          </w:tcPr>
          <w:p w14:paraId="14BE2EE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132" w:type="dxa"/>
          </w:tcPr>
          <w:p w14:paraId="2D95FD16" w14:textId="743B0A73" w:rsidR="00E27191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ZLATNA VRATA 3 integrirani radni udžbenik za pomoć u učenju hrvatskog jezika u trećem razredu osnovne škole, 1. dio </w:t>
            </w:r>
          </w:p>
          <w:p w14:paraId="180CC9E7" w14:textId="77777777" w:rsidR="002366C0" w:rsidRPr="00E54F8D" w:rsidRDefault="002366C0">
            <w:pPr>
              <w:rPr>
                <w:sz w:val="24"/>
                <w:szCs w:val="24"/>
                <w:lang w:val="hr-HR"/>
              </w:rPr>
            </w:pPr>
          </w:p>
          <w:p w14:paraId="5F196266" w14:textId="7B9210A8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ZLATNA VRATA 3 integrirani radni udžbenik za pomoć u učenju hrvatskog jezika u trećem razredu osnovne škole, 2. dio</w:t>
            </w:r>
          </w:p>
        </w:tc>
        <w:tc>
          <w:tcPr>
            <w:tcW w:w="1814" w:type="dxa"/>
          </w:tcPr>
          <w:p w14:paraId="6BE0DC23" w14:textId="747B012C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1B3212" w:rsidRPr="00E54F8D">
              <w:rPr>
                <w:sz w:val="24"/>
                <w:szCs w:val="24"/>
                <w:lang w:val="hr-HR"/>
              </w:rPr>
              <w:t>ntegrirani radni udžbenik</w:t>
            </w:r>
          </w:p>
        </w:tc>
        <w:tc>
          <w:tcPr>
            <w:tcW w:w="4119" w:type="dxa"/>
          </w:tcPr>
          <w:p w14:paraId="2C6A18F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Sonja Ivić, Marija Krmpotić, Nina Pezelj, Marija Novosel</w:t>
            </w:r>
          </w:p>
        </w:tc>
      </w:tr>
      <w:tr w:rsidR="001B3212" w:rsidRPr="00E54F8D" w14:paraId="1D29AAD6" w14:textId="77777777" w:rsidTr="002366C0">
        <w:trPr>
          <w:trHeight w:val="1130"/>
        </w:trPr>
        <w:tc>
          <w:tcPr>
            <w:tcW w:w="1560" w:type="dxa"/>
          </w:tcPr>
          <w:p w14:paraId="4D33362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851" w:type="dxa"/>
          </w:tcPr>
          <w:p w14:paraId="40B1E77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7060</w:t>
            </w:r>
          </w:p>
        </w:tc>
        <w:tc>
          <w:tcPr>
            <w:tcW w:w="1417" w:type="dxa"/>
          </w:tcPr>
          <w:p w14:paraId="04088909" w14:textId="0B6DD1A4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2366C0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4132" w:type="dxa"/>
          </w:tcPr>
          <w:p w14:paraId="567DCD7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 SRETNI BROJ 3 : udžbenik matematike s dodatnim digitalnim sadržajima u trećem razredu osnovne škole</w:t>
            </w:r>
          </w:p>
        </w:tc>
        <w:tc>
          <w:tcPr>
            <w:tcW w:w="1814" w:type="dxa"/>
          </w:tcPr>
          <w:p w14:paraId="3340856E" w14:textId="5A3BC4FA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4D4BAB1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Sanja Jakovljević Rogić, Dubravka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Miklec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Graciella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Prtajin</w:t>
            </w:r>
            <w:proofErr w:type="spellEnd"/>
          </w:p>
        </w:tc>
      </w:tr>
      <w:tr w:rsidR="001B3212" w:rsidRPr="00E54F8D" w14:paraId="536547EA" w14:textId="77777777" w:rsidTr="002366C0">
        <w:trPr>
          <w:trHeight w:val="1118"/>
        </w:trPr>
        <w:tc>
          <w:tcPr>
            <w:tcW w:w="1560" w:type="dxa"/>
          </w:tcPr>
          <w:p w14:paraId="628BA63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851" w:type="dxa"/>
          </w:tcPr>
          <w:p w14:paraId="22754B7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7660</w:t>
            </w:r>
          </w:p>
        </w:tc>
        <w:tc>
          <w:tcPr>
            <w:tcW w:w="1417" w:type="dxa"/>
          </w:tcPr>
          <w:p w14:paraId="08DD4E9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132" w:type="dxa"/>
          </w:tcPr>
          <w:p w14:paraId="2D1C53A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 SRETNI BROJ 3, radni udžbenik za pomoć u učenju matematika u trećem razredu osnovne škole</w:t>
            </w:r>
          </w:p>
        </w:tc>
        <w:tc>
          <w:tcPr>
            <w:tcW w:w="1814" w:type="dxa"/>
          </w:tcPr>
          <w:p w14:paraId="32C1862F" w14:textId="2BF91605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119" w:type="dxa"/>
          </w:tcPr>
          <w:p w14:paraId="4545771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Sanja Jakovljević Rogić, Dubravka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Miklec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Graciella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Prtajin</w:t>
            </w:r>
            <w:proofErr w:type="spellEnd"/>
          </w:p>
        </w:tc>
      </w:tr>
      <w:tr w:rsidR="001B3212" w:rsidRPr="00E54F8D" w14:paraId="0C644209" w14:textId="77777777" w:rsidTr="002366C0">
        <w:trPr>
          <w:trHeight w:val="1130"/>
        </w:trPr>
        <w:tc>
          <w:tcPr>
            <w:tcW w:w="1560" w:type="dxa"/>
          </w:tcPr>
          <w:p w14:paraId="6F84B93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Priroda i društvo</w:t>
            </w:r>
          </w:p>
        </w:tc>
        <w:tc>
          <w:tcPr>
            <w:tcW w:w="851" w:type="dxa"/>
          </w:tcPr>
          <w:p w14:paraId="51C271A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7035</w:t>
            </w:r>
          </w:p>
        </w:tc>
        <w:tc>
          <w:tcPr>
            <w:tcW w:w="1417" w:type="dxa"/>
          </w:tcPr>
          <w:p w14:paraId="2B902669" w14:textId="3BDE704E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2366C0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4132" w:type="dxa"/>
          </w:tcPr>
          <w:p w14:paraId="541E49D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ISTRAŽUJEMO NAŠ SVIJET 3 : udžbenik prirode i društva s dodatnim digitalnim sadržajima u trećem razredu osnovne škole</w:t>
            </w:r>
          </w:p>
        </w:tc>
        <w:tc>
          <w:tcPr>
            <w:tcW w:w="1814" w:type="dxa"/>
          </w:tcPr>
          <w:p w14:paraId="2903595B" w14:textId="48E7C1DA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0087BDE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Alena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Letina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Tamara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Kisovar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Ivanda, Zdenko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Braičić</w:t>
            </w:r>
            <w:proofErr w:type="spellEnd"/>
          </w:p>
        </w:tc>
      </w:tr>
      <w:tr w:rsidR="001B3212" w:rsidRPr="00E54F8D" w14:paraId="714A1A97" w14:textId="77777777" w:rsidTr="002366C0">
        <w:trPr>
          <w:trHeight w:val="1406"/>
        </w:trPr>
        <w:tc>
          <w:tcPr>
            <w:tcW w:w="1560" w:type="dxa"/>
          </w:tcPr>
          <w:p w14:paraId="7D461A1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i društvo</w:t>
            </w:r>
          </w:p>
        </w:tc>
        <w:tc>
          <w:tcPr>
            <w:tcW w:w="851" w:type="dxa"/>
          </w:tcPr>
          <w:p w14:paraId="05633DB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7636</w:t>
            </w:r>
          </w:p>
        </w:tc>
        <w:tc>
          <w:tcPr>
            <w:tcW w:w="1417" w:type="dxa"/>
          </w:tcPr>
          <w:p w14:paraId="4B4293A1" w14:textId="2C4632CC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2366C0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4132" w:type="dxa"/>
          </w:tcPr>
          <w:p w14:paraId="542669A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ISTRAŽUJEMO NAŠ SVIJET 3 : radni udžbenik za pomoć u učenju prirode i društva u trećem razredu osnovne škole s dodatnim digitalnim sadržajima</w:t>
            </w:r>
          </w:p>
        </w:tc>
        <w:tc>
          <w:tcPr>
            <w:tcW w:w="1814" w:type="dxa"/>
          </w:tcPr>
          <w:p w14:paraId="60AFB6D5" w14:textId="1161B51C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119" w:type="dxa"/>
          </w:tcPr>
          <w:p w14:paraId="5005E5B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Alena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Letina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Tamara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Kisovar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Ivanda, Zdenko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Braičić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Jasna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Romich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Jurički</w:t>
            </w:r>
            <w:proofErr w:type="spellEnd"/>
          </w:p>
        </w:tc>
      </w:tr>
      <w:tr w:rsidR="001B3212" w:rsidRPr="00E54F8D" w14:paraId="19188ECA" w14:textId="77777777" w:rsidTr="002366C0">
        <w:trPr>
          <w:trHeight w:val="1118"/>
        </w:trPr>
        <w:tc>
          <w:tcPr>
            <w:tcW w:w="1560" w:type="dxa"/>
          </w:tcPr>
          <w:p w14:paraId="42EB0FC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Informatika</w:t>
            </w:r>
          </w:p>
        </w:tc>
        <w:tc>
          <w:tcPr>
            <w:tcW w:w="851" w:type="dxa"/>
          </w:tcPr>
          <w:p w14:paraId="4EC87DE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7002</w:t>
            </w:r>
          </w:p>
        </w:tc>
        <w:tc>
          <w:tcPr>
            <w:tcW w:w="1417" w:type="dxa"/>
          </w:tcPr>
          <w:p w14:paraId="7C924354" w14:textId="7725A240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2366C0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4132" w:type="dxa"/>
          </w:tcPr>
          <w:p w14:paraId="122DF3D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E-SVIJET 3 : radni udžbenik informatike s dodatnim digitalnim sadržajima u trećem razredu osnovne škole</w:t>
            </w:r>
          </w:p>
        </w:tc>
        <w:tc>
          <w:tcPr>
            <w:tcW w:w="1814" w:type="dxa"/>
          </w:tcPr>
          <w:p w14:paraId="07F132FD" w14:textId="4806244D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4B3DD53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Blagus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Nataša Ljubić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Klemše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Flisar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Odorčić, Ivana Ružić,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</w:p>
        </w:tc>
      </w:tr>
      <w:tr w:rsidR="001B3212" w:rsidRPr="00E54F8D" w14:paraId="4E6088BB" w14:textId="77777777" w:rsidTr="002366C0">
        <w:trPr>
          <w:trHeight w:val="1130"/>
        </w:trPr>
        <w:tc>
          <w:tcPr>
            <w:tcW w:w="1560" w:type="dxa"/>
          </w:tcPr>
          <w:p w14:paraId="5E2A995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851" w:type="dxa"/>
          </w:tcPr>
          <w:p w14:paraId="2349CD7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6581</w:t>
            </w:r>
          </w:p>
        </w:tc>
        <w:tc>
          <w:tcPr>
            <w:tcW w:w="1417" w:type="dxa"/>
          </w:tcPr>
          <w:p w14:paraId="615D0C4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32" w:type="dxa"/>
          </w:tcPr>
          <w:p w14:paraId="49ADC24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ŠKRINJICA SLOVA I RIJEČI 3, PRVI DIO : integrirani radni udžbenik iz hrvatskoga jezika za treći razred osnovne škole</w:t>
            </w:r>
          </w:p>
        </w:tc>
        <w:tc>
          <w:tcPr>
            <w:tcW w:w="1814" w:type="dxa"/>
          </w:tcPr>
          <w:p w14:paraId="2A033BF8" w14:textId="0320383D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59205D9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Dubravka Težak, Marina Gabelica, Vesna Marjanović, Andrea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Škribulja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Horvat</w:t>
            </w:r>
          </w:p>
        </w:tc>
      </w:tr>
      <w:tr w:rsidR="001B3212" w:rsidRPr="00E54F8D" w14:paraId="58219B28" w14:textId="77777777" w:rsidTr="002366C0">
        <w:trPr>
          <w:trHeight w:val="1130"/>
        </w:trPr>
        <w:tc>
          <w:tcPr>
            <w:tcW w:w="1560" w:type="dxa"/>
          </w:tcPr>
          <w:p w14:paraId="686A43C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851" w:type="dxa"/>
          </w:tcPr>
          <w:p w14:paraId="4FB7EF7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6582</w:t>
            </w:r>
          </w:p>
        </w:tc>
        <w:tc>
          <w:tcPr>
            <w:tcW w:w="1417" w:type="dxa"/>
          </w:tcPr>
          <w:p w14:paraId="5E6A292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32" w:type="dxa"/>
          </w:tcPr>
          <w:p w14:paraId="29B8B7B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ŠKRINJICA SLOVA I RIJEČI 3, DRUGI DIO : integrirani radni udžbenik iz hrvatskoga jezika za treći razred osnovne škole</w:t>
            </w:r>
          </w:p>
        </w:tc>
        <w:tc>
          <w:tcPr>
            <w:tcW w:w="1814" w:type="dxa"/>
          </w:tcPr>
          <w:p w14:paraId="2E6CFACA" w14:textId="359112AA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25DDF54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Dubravka Težak, Marina Gabelica, Vesna Marjanović, Andrea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Škribulja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Horvat</w:t>
            </w:r>
          </w:p>
        </w:tc>
      </w:tr>
      <w:tr w:rsidR="001B3212" w:rsidRPr="00E54F8D" w14:paraId="6E5FDCC5" w14:textId="77777777" w:rsidTr="002366C0">
        <w:trPr>
          <w:trHeight w:val="841"/>
        </w:trPr>
        <w:tc>
          <w:tcPr>
            <w:tcW w:w="1560" w:type="dxa"/>
          </w:tcPr>
          <w:p w14:paraId="1C4A3FB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851" w:type="dxa"/>
          </w:tcPr>
          <w:p w14:paraId="677B6F2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6533</w:t>
            </w:r>
          </w:p>
        </w:tc>
        <w:tc>
          <w:tcPr>
            <w:tcW w:w="1417" w:type="dxa"/>
          </w:tcPr>
          <w:p w14:paraId="056407E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32" w:type="dxa"/>
          </w:tcPr>
          <w:p w14:paraId="69910A5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3, PRVI DIO : radni udžbenik iz matematike za treći razred osnovne škole</w:t>
            </w:r>
          </w:p>
        </w:tc>
        <w:tc>
          <w:tcPr>
            <w:tcW w:w="1814" w:type="dxa"/>
          </w:tcPr>
          <w:p w14:paraId="7C47172D" w14:textId="40E8BCDA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4E511C8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Josip Markovac</w:t>
            </w:r>
          </w:p>
        </w:tc>
      </w:tr>
      <w:tr w:rsidR="001B3212" w:rsidRPr="00E54F8D" w14:paraId="6390FBCD" w14:textId="77777777" w:rsidTr="002366C0">
        <w:trPr>
          <w:trHeight w:val="841"/>
        </w:trPr>
        <w:tc>
          <w:tcPr>
            <w:tcW w:w="1560" w:type="dxa"/>
          </w:tcPr>
          <w:p w14:paraId="6EA5742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851" w:type="dxa"/>
          </w:tcPr>
          <w:p w14:paraId="5C66602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6534</w:t>
            </w:r>
          </w:p>
        </w:tc>
        <w:tc>
          <w:tcPr>
            <w:tcW w:w="1417" w:type="dxa"/>
          </w:tcPr>
          <w:p w14:paraId="5E846DF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32" w:type="dxa"/>
          </w:tcPr>
          <w:p w14:paraId="197CACB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3, DRUGI DIO : radni udžbenik iz matematike za treći razred osnovne škole</w:t>
            </w:r>
          </w:p>
        </w:tc>
        <w:tc>
          <w:tcPr>
            <w:tcW w:w="1814" w:type="dxa"/>
          </w:tcPr>
          <w:p w14:paraId="5EFA196E" w14:textId="4ABA6DFC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3BAE78F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Josip Markovac</w:t>
            </w:r>
          </w:p>
        </w:tc>
      </w:tr>
      <w:tr w:rsidR="001B3212" w:rsidRPr="00E54F8D" w14:paraId="15741752" w14:textId="77777777" w:rsidTr="002366C0">
        <w:trPr>
          <w:trHeight w:val="1118"/>
        </w:trPr>
        <w:tc>
          <w:tcPr>
            <w:tcW w:w="1560" w:type="dxa"/>
          </w:tcPr>
          <w:p w14:paraId="4C18C61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i društvo</w:t>
            </w:r>
          </w:p>
        </w:tc>
        <w:tc>
          <w:tcPr>
            <w:tcW w:w="851" w:type="dxa"/>
          </w:tcPr>
          <w:p w14:paraId="6D74E37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6567</w:t>
            </w:r>
          </w:p>
        </w:tc>
        <w:tc>
          <w:tcPr>
            <w:tcW w:w="1417" w:type="dxa"/>
          </w:tcPr>
          <w:p w14:paraId="3846DDB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32" w:type="dxa"/>
          </w:tcPr>
          <w:p w14:paraId="11B38F3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PRIRODA, DRUŠTVO I JA 3 : radni udžbenik iz prirode i društva za treći razred osnovne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školedrugi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razred osnovne škole</w:t>
            </w:r>
          </w:p>
        </w:tc>
        <w:tc>
          <w:tcPr>
            <w:tcW w:w="1814" w:type="dxa"/>
          </w:tcPr>
          <w:p w14:paraId="308A087F" w14:textId="20047864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4119" w:type="dxa"/>
          </w:tcPr>
          <w:p w14:paraId="3A74CFF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Mila Bulić, Gordana Kralj, Lidija Križanić, Marija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Lesandrić</w:t>
            </w:r>
            <w:proofErr w:type="spellEnd"/>
          </w:p>
        </w:tc>
      </w:tr>
      <w:tr w:rsidR="001B3212" w:rsidRPr="00E54F8D" w14:paraId="0E6B916C" w14:textId="77777777" w:rsidTr="002366C0">
        <w:trPr>
          <w:trHeight w:val="1130"/>
        </w:trPr>
        <w:tc>
          <w:tcPr>
            <w:tcW w:w="1560" w:type="dxa"/>
          </w:tcPr>
          <w:p w14:paraId="21AF720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Engleski jezik</w:t>
            </w:r>
          </w:p>
        </w:tc>
        <w:tc>
          <w:tcPr>
            <w:tcW w:w="851" w:type="dxa"/>
          </w:tcPr>
          <w:p w14:paraId="62B6CDE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6898</w:t>
            </w:r>
          </w:p>
        </w:tc>
        <w:tc>
          <w:tcPr>
            <w:tcW w:w="1417" w:type="dxa"/>
          </w:tcPr>
          <w:p w14:paraId="1A0558A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4132" w:type="dxa"/>
          </w:tcPr>
          <w:p w14:paraId="5A26DAA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NEW BUILDING BLOCKS 3 : udžbenik engleskoga jezika za treći razred osnovne škole, treća godina učenja</w:t>
            </w:r>
          </w:p>
        </w:tc>
        <w:tc>
          <w:tcPr>
            <w:tcW w:w="1814" w:type="dxa"/>
          </w:tcPr>
          <w:p w14:paraId="1FA02126" w14:textId="0B901602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5D2483C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Kristina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Čajo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Anđel, Ankica Knezović</w:t>
            </w:r>
          </w:p>
        </w:tc>
      </w:tr>
      <w:tr w:rsidR="001B3212" w:rsidRPr="00E54F8D" w14:paraId="0BD45480" w14:textId="77777777" w:rsidTr="002366C0">
        <w:trPr>
          <w:trHeight w:val="841"/>
        </w:trPr>
        <w:tc>
          <w:tcPr>
            <w:tcW w:w="1560" w:type="dxa"/>
          </w:tcPr>
          <w:p w14:paraId="4FB6A4D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Vjeronauk</w:t>
            </w:r>
          </w:p>
        </w:tc>
        <w:tc>
          <w:tcPr>
            <w:tcW w:w="851" w:type="dxa"/>
          </w:tcPr>
          <w:p w14:paraId="2CDEA65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6700</w:t>
            </w:r>
          </w:p>
        </w:tc>
        <w:tc>
          <w:tcPr>
            <w:tcW w:w="1417" w:type="dxa"/>
          </w:tcPr>
          <w:p w14:paraId="749F65F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Glas Koncila</w:t>
            </w:r>
          </w:p>
        </w:tc>
        <w:tc>
          <w:tcPr>
            <w:tcW w:w="4132" w:type="dxa"/>
          </w:tcPr>
          <w:p w14:paraId="2216935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 LJUBAVI I POMIRENJU : udžbenik za katolički vjeronauk trećega razreda osnovne škole</w:t>
            </w:r>
          </w:p>
        </w:tc>
        <w:tc>
          <w:tcPr>
            <w:tcW w:w="1814" w:type="dxa"/>
          </w:tcPr>
          <w:p w14:paraId="571F1A7D" w14:textId="3A3B6D6D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4119" w:type="dxa"/>
          </w:tcPr>
          <w:p w14:paraId="5F481BD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Pavlović, Ivica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Pažin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Mirjana Džambo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Šporec</w:t>
            </w:r>
            <w:proofErr w:type="spellEnd"/>
          </w:p>
        </w:tc>
      </w:tr>
    </w:tbl>
    <w:p w14:paraId="0F3B887D" w14:textId="77777777" w:rsidR="00E27191" w:rsidRPr="00E54F8D" w:rsidRDefault="00E27191">
      <w:pPr>
        <w:rPr>
          <w:sz w:val="24"/>
          <w:szCs w:val="24"/>
          <w:lang w:val="hr-HR"/>
        </w:rPr>
      </w:pPr>
    </w:p>
    <w:p w14:paraId="699371BB" w14:textId="77777777" w:rsidR="009E767E" w:rsidRPr="00E54F8D" w:rsidRDefault="009E767E">
      <w:pPr>
        <w:rPr>
          <w:sz w:val="24"/>
          <w:szCs w:val="24"/>
          <w:lang w:val="hr-HR"/>
        </w:rPr>
      </w:pPr>
    </w:p>
    <w:tbl>
      <w:tblPr>
        <w:tblStyle w:val="Reetkatablice"/>
        <w:tblW w:w="138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1417"/>
        <w:gridCol w:w="4253"/>
        <w:gridCol w:w="1843"/>
        <w:gridCol w:w="3969"/>
      </w:tblGrid>
      <w:tr w:rsidR="000A308B" w:rsidRPr="00E54F8D" w14:paraId="1B731565" w14:textId="77777777" w:rsidTr="00E54F8D">
        <w:tc>
          <w:tcPr>
            <w:tcW w:w="13893" w:type="dxa"/>
            <w:gridSpan w:val="6"/>
          </w:tcPr>
          <w:p w14:paraId="587F01C0" w14:textId="77777777" w:rsidR="000A308B" w:rsidRPr="00E54F8D" w:rsidRDefault="007C7D70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Četvrti razred</w:t>
            </w:r>
          </w:p>
        </w:tc>
      </w:tr>
      <w:tr w:rsidR="001B3212" w:rsidRPr="00E54F8D" w14:paraId="4CE2B8B1" w14:textId="77777777" w:rsidTr="002366C0">
        <w:tc>
          <w:tcPr>
            <w:tcW w:w="1560" w:type="dxa"/>
          </w:tcPr>
          <w:p w14:paraId="290873B9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851" w:type="dxa"/>
          </w:tcPr>
          <w:p w14:paraId="444C443E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417" w:type="dxa"/>
          </w:tcPr>
          <w:p w14:paraId="3CE2D5AA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4253" w:type="dxa"/>
          </w:tcPr>
          <w:p w14:paraId="652BBE1C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1843" w:type="dxa"/>
          </w:tcPr>
          <w:p w14:paraId="5A2932D4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3969" w:type="dxa"/>
          </w:tcPr>
          <w:p w14:paraId="798FD61D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1B3212" w:rsidRPr="00E54F8D" w14:paraId="299F5774" w14:textId="77777777" w:rsidTr="002366C0">
        <w:tc>
          <w:tcPr>
            <w:tcW w:w="1560" w:type="dxa"/>
          </w:tcPr>
          <w:p w14:paraId="30D44E6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851" w:type="dxa"/>
          </w:tcPr>
          <w:p w14:paraId="5BD0485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7699</w:t>
            </w:r>
          </w:p>
        </w:tc>
        <w:tc>
          <w:tcPr>
            <w:tcW w:w="1417" w:type="dxa"/>
          </w:tcPr>
          <w:p w14:paraId="60740EA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5F63808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ZLATNA VRATA 4 : integrirani radni udžbenik hrvatskoga jezika u četvrtom razredu osnovne škole, 1. i 2. dio s dodatnim digitalnim sadržajima</w:t>
            </w:r>
          </w:p>
        </w:tc>
        <w:tc>
          <w:tcPr>
            <w:tcW w:w="1843" w:type="dxa"/>
          </w:tcPr>
          <w:p w14:paraId="07467CAF" w14:textId="34E48196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3629FD8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Sonja Ivić, Marija Krmpotić</w:t>
            </w:r>
          </w:p>
        </w:tc>
      </w:tr>
      <w:tr w:rsidR="001B3212" w:rsidRPr="00E54F8D" w14:paraId="6B6E2D0A" w14:textId="77777777" w:rsidTr="002366C0">
        <w:tc>
          <w:tcPr>
            <w:tcW w:w="1560" w:type="dxa"/>
          </w:tcPr>
          <w:p w14:paraId="60EAC06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851" w:type="dxa"/>
          </w:tcPr>
          <w:p w14:paraId="28E4F3C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7700</w:t>
            </w:r>
          </w:p>
        </w:tc>
        <w:tc>
          <w:tcPr>
            <w:tcW w:w="1417" w:type="dxa"/>
          </w:tcPr>
          <w:p w14:paraId="726925D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46DE397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ZLATNA VRATA 4 - integrirani radni udžbenik za pomoć u učenju hrvatskog jezika u četvrtom razredu osnovne škole, 1. i 2. dio- KOMPLET</w:t>
            </w:r>
          </w:p>
        </w:tc>
        <w:tc>
          <w:tcPr>
            <w:tcW w:w="1843" w:type="dxa"/>
          </w:tcPr>
          <w:p w14:paraId="564F949F" w14:textId="2B478701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1B3212" w:rsidRPr="00E54F8D">
              <w:rPr>
                <w:sz w:val="24"/>
                <w:szCs w:val="24"/>
                <w:lang w:val="hr-HR"/>
              </w:rPr>
              <w:t>ntegrirani radni udžbenik</w:t>
            </w:r>
          </w:p>
        </w:tc>
        <w:tc>
          <w:tcPr>
            <w:tcW w:w="3969" w:type="dxa"/>
          </w:tcPr>
          <w:p w14:paraId="4605846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Sonja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IvićMarija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KrmpotićTamara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Zimšek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MihordinDuška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Prgomet</w:t>
            </w:r>
          </w:p>
        </w:tc>
      </w:tr>
      <w:tr w:rsidR="001B3212" w:rsidRPr="00E54F8D" w14:paraId="29D9F51B" w14:textId="77777777" w:rsidTr="002366C0">
        <w:tc>
          <w:tcPr>
            <w:tcW w:w="1560" w:type="dxa"/>
          </w:tcPr>
          <w:p w14:paraId="7CC2D21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851" w:type="dxa"/>
          </w:tcPr>
          <w:p w14:paraId="5902A72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7661</w:t>
            </w:r>
          </w:p>
        </w:tc>
        <w:tc>
          <w:tcPr>
            <w:tcW w:w="1417" w:type="dxa"/>
          </w:tcPr>
          <w:p w14:paraId="55D270A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0539BF4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 SRETNI BROJ 4 : udžbenik matematike u četvrtom razredu osnovne škole s dodatnim digitalnim sadržajima</w:t>
            </w:r>
          </w:p>
        </w:tc>
        <w:tc>
          <w:tcPr>
            <w:tcW w:w="1843" w:type="dxa"/>
          </w:tcPr>
          <w:p w14:paraId="136C724C" w14:textId="601A5621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42697D1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Sanja Jakovljević Rogić, Dubravka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Miklec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Graciella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Prtajin</w:t>
            </w:r>
            <w:proofErr w:type="spellEnd"/>
          </w:p>
        </w:tc>
      </w:tr>
      <w:tr w:rsidR="001B3212" w:rsidRPr="00E54F8D" w14:paraId="58287225" w14:textId="77777777" w:rsidTr="002366C0">
        <w:tc>
          <w:tcPr>
            <w:tcW w:w="1560" w:type="dxa"/>
          </w:tcPr>
          <w:p w14:paraId="299CC45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851" w:type="dxa"/>
          </w:tcPr>
          <w:p w14:paraId="7E24BB3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7662</w:t>
            </w:r>
          </w:p>
        </w:tc>
        <w:tc>
          <w:tcPr>
            <w:tcW w:w="1417" w:type="dxa"/>
          </w:tcPr>
          <w:p w14:paraId="622EC14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36B9F00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 SRETNI BROJ 4 - radni udžbenik za pomoć u učenju matematike u četvrtom razredu osnovne škole</w:t>
            </w:r>
          </w:p>
        </w:tc>
        <w:tc>
          <w:tcPr>
            <w:tcW w:w="1843" w:type="dxa"/>
          </w:tcPr>
          <w:p w14:paraId="163AF718" w14:textId="27AE3C22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3969" w:type="dxa"/>
          </w:tcPr>
          <w:p w14:paraId="6F261B6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Sanja Jakovljević Rogić, Dubravka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Miklec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Graciella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Prtajin</w:t>
            </w:r>
            <w:proofErr w:type="spellEnd"/>
          </w:p>
        </w:tc>
      </w:tr>
      <w:tr w:rsidR="001B3212" w:rsidRPr="00E54F8D" w14:paraId="72294A03" w14:textId="77777777" w:rsidTr="002366C0">
        <w:tc>
          <w:tcPr>
            <w:tcW w:w="1560" w:type="dxa"/>
          </w:tcPr>
          <w:p w14:paraId="22AFE71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i društvo</w:t>
            </w:r>
          </w:p>
        </w:tc>
        <w:tc>
          <w:tcPr>
            <w:tcW w:w="851" w:type="dxa"/>
          </w:tcPr>
          <w:p w14:paraId="5141E5B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7637</w:t>
            </w:r>
          </w:p>
        </w:tc>
        <w:tc>
          <w:tcPr>
            <w:tcW w:w="1417" w:type="dxa"/>
          </w:tcPr>
          <w:p w14:paraId="6815FDA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2EB0287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ISTRAŽUJEMO NAŠ SVIJET 4 : udžbenik prirode i društva u četvrtom razredu osnovne škole s dodatnim digitalnim sadržajima</w:t>
            </w:r>
          </w:p>
        </w:tc>
        <w:tc>
          <w:tcPr>
            <w:tcW w:w="1843" w:type="dxa"/>
          </w:tcPr>
          <w:p w14:paraId="370E07D2" w14:textId="275C3DF5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304ED6E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Alena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Letina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Tamara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Kisovar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Ivanda, Zdenko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Braičić</w:t>
            </w:r>
            <w:proofErr w:type="spellEnd"/>
          </w:p>
        </w:tc>
      </w:tr>
      <w:tr w:rsidR="001B3212" w:rsidRPr="00E54F8D" w14:paraId="04BAC9E1" w14:textId="77777777" w:rsidTr="002366C0">
        <w:tc>
          <w:tcPr>
            <w:tcW w:w="1560" w:type="dxa"/>
          </w:tcPr>
          <w:p w14:paraId="3509375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Priroda i društvo</w:t>
            </w:r>
          </w:p>
        </w:tc>
        <w:tc>
          <w:tcPr>
            <w:tcW w:w="851" w:type="dxa"/>
          </w:tcPr>
          <w:p w14:paraId="3D9C23B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7638</w:t>
            </w:r>
          </w:p>
        </w:tc>
        <w:tc>
          <w:tcPr>
            <w:tcW w:w="1417" w:type="dxa"/>
          </w:tcPr>
          <w:p w14:paraId="2A134F5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41D896D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ISTRAŽUJEMO NAŠ SVIJET 4 - radni udžbenik za pomoć u učenju prirode i društva u četvrtom razredu osnovne škole</w:t>
            </w:r>
          </w:p>
        </w:tc>
        <w:tc>
          <w:tcPr>
            <w:tcW w:w="1843" w:type="dxa"/>
          </w:tcPr>
          <w:p w14:paraId="2D1FEA89" w14:textId="5B2023D9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3969" w:type="dxa"/>
          </w:tcPr>
          <w:p w14:paraId="3C754C3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Tamara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Kisovar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IvandaAlena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LetinaZdenko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BraičićTamara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DubrovićMarina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Pavić</w:t>
            </w:r>
          </w:p>
        </w:tc>
      </w:tr>
      <w:tr w:rsidR="001B3212" w:rsidRPr="00E54F8D" w14:paraId="318D4AAD" w14:textId="77777777" w:rsidTr="002366C0">
        <w:tc>
          <w:tcPr>
            <w:tcW w:w="1560" w:type="dxa"/>
          </w:tcPr>
          <w:p w14:paraId="0CDF7B6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Engleski jezik</w:t>
            </w:r>
          </w:p>
        </w:tc>
        <w:tc>
          <w:tcPr>
            <w:tcW w:w="851" w:type="dxa"/>
          </w:tcPr>
          <w:p w14:paraId="748D0C6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7495</w:t>
            </w:r>
          </w:p>
        </w:tc>
        <w:tc>
          <w:tcPr>
            <w:tcW w:w="1417" w:type="dxa"/>
          </w:tcPr>
          <w:p w14:paraId="6220E4C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4253" w:type="dxa"/>
          </w:tcPr>
          <w:p w14:paraId="22F5130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NEW BUILDING BLOCKS 4 : radni udžbenik engleskoga jezika za četvrti razred osnovne škole, četvrta godina učenja</w:t>
            </w:r>
          </w:p>
        </w:tc>
        <w:tc>
          <w:tcPr>
            <w:tcW w:w="1843" w:type="dxa"/>
          </w:tcPr>
          <w:p w14:paraId="2EE82653" w14:textId="1929BED9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1B1300C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Kristina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Čajo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Anđel, Daška Domljan, Mia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Šavrljuga</w:t>
            </w:r>
            <w:proofErr w:type="spellEnd"/>
          </w:p>
        </w:tc>
      </w:tr>
      <w:tr w:rsidR="001B3212" w:rsidRPr="00E54F8D" w14:paraId="71504DCA" w14:textId="77777777" w:rsidTr="002366C0">
        <w:tc>
          <w:tcPr>
            <w:tcW w:w="1560" w:type="dxa"/>
          </w:tcPr>
          <w:p w14:paraId="1476AE3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Informatika</w:t>
            </w:r>
          </w:p>
        </w:tc>
        <w:tc>
          <w:tcPr>
            <w:tcW w:w="851" w:type="dxa"/>
          </w:tcPr>
          <w:p w14:paraId="2806F00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7003</w:t>
            </w:r>
          </w:p>
        </w:tc>
        <w:tc>
          <w:tcPr>
            <w:tcW w:w="1417" w:type="dxa"/>
          </w:tcPr>
          <w:p w14:paraId="2D338AF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2D67360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E-SVIJET 4 : radni udžbenik informatike s dodatnim digitalnim sadržajima u četvrtom razredu osnovne škole</w:t>
            </w:r>
          </w:p>
        </w:tc>
        <w:tc>
          <w:tcPr>
            <w:tcW w:w="1843" w:type="dxa"/>
          </w:tcPr>
          <w:p w14:paraId="6B9117B0" w14:textId="0A03FEC8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3846B70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Blagus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Nataša Ljubić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Klemše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Ivana Ružić, Mario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StančićIvana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Ružić,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</w:p>
        </w:tc>
      </w:tr>
      <w:tr w:rsidR="001B3212" w:rsidRPr="00E54F8D" w14:paraId="58FAA0B2" w14:textId="77777777" w:rsidTr="002366C0">
        <w:tc>
          <w:tcPr>
            <w:tcW w:w="1560" w:type="dxa"/>
          </w:tcPr>
          <w:p w14:paraId="30C5457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Vjeronauk</w:t>
            </w:r>
          </w:p>
        </w:tc>
        <w:tc>
          <w:tcPr>
            <w:tcW w:w="851" w:type="dxa"/>
          </w:tcPr>
          <w:p w14:paraId="1B07465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7359</w:t>
            </w:r>
          </w:p>
        </w:tc>
        <w:tc>
          <w:tcPr>
            <w:tcW w:w="1417" w:type="dxa"/>
          </w:tcPr>
          <w:p w14:paraId="01225C7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Kršćanska sadašnjost</w:t>
            </w:r>
          </w:p>
        </w:tc>
        <w:tc>
          <w:tcPr>
            <w:tcW w:w="4253" w:type="dxa"/>
          </w:tcPr>
          <w:p w14:paraId="1E41E11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DAROVI VJERE I ZAJEDNIŠTVA : udžbenik za katolički vjeronauk četvrtoga razreda osnovne škole</w:t>
            </w:r>
          </w:p>
        </w:tc>
        <w:tc>
          <w:tcPr>
            <w:tcW w:w="1843" w:type="dxa"/>
          </w:tcPr>
          <w:p w14:paraId="6064774F" w14:textId="23693581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0941FC2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Pavlović, Ivica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Pažin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Mirjana, Džambo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Šporec</w:t>
            </w:r>
            <w:proofErr w:type="spellEnd"/>
          </w:p>
        </w:tc>
      </w:tr>
      <w:tr w:rsidR="001B3212" w:rsidRPr="00E54F8D" w14:paraId="2BD22F76" w14:textId="77777777" w:rsidTr="002366C0">
        <w:tc>
          <w:tcPr>
            <w:tcW w:w="1560" w:type="dxa"/>
          </w:tcPr>
          <w:p w14:paraId="21F3AB4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Glazbena kultura</w:t>
            </w:r>
          </w:p>
        </w:tc>
        <w:tc>
          <w:tcPr>
            <w:tcW w:w="851" w:type="dxa"/>
          </w:tcPr>
          <w:p w14:paraId="1BFF6C4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7602</w:t>
            </w:r>
          </w:p>
        </w:tc>
        <w:tc>
          <w:tcPr>
            <w:tcW w:w="1417" w:type="dxa"/>
          </w:tcPr>
          <w:p w14:paraId="30E8FE2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253" w:type="dxa"/>
          </w:tcPr>
          <w:p w14:paraId="756B511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ALLEGRO 4 : udžbenik glazbene kulture u četvrtom razredu osnovne škole s dodatnim digitalnim sadržajima</w:t>
            </w:r>
          </w:p>
        </w:tc>
        <w:tc>
          <w:tcPr>
            <w:tcW w:w="1843" w:type="dxa"/>
          </w:tcPr>
          <w:p w14:paraId="3112FCA2" w14:textId="3F51761E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4072908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Natalija Banov, Davor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Brđanović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Sandra Frančišković, Sandra Ivančić, Eva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Kirchmayer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Bilić, Alenka Martinović, Darko Novosel, Tomislav Pehar</w:t>
            </w:r>
          </w:p>
        </w:tc>
      </w:tr>
      <w:tr w:rsidR="001B3212" w:rsidRPr="00E54F8D" w14:paraId="0CE2D8BF" w14:textId="77777777" w:rsidTr="002366C0">
        <w:tc>
          <w:tcPr>
            <w:tcW w:w="1560" w:type="dxa"/>
          </w:tcPr>
          <w:p w14:paraId="39738C1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Njemački jezik</w:t>
            </w:r>
          </w:p>
        </w:tc>
        <w:tc>
          <w:tcPr>
            <w:tcW w:w="851" w:type="dxa"/>
          </w:tcPr>
          <w:p w14:paraId="20D35B5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7492</w:t>
            </w:r>
          </w:p>
        </w:tc>
        <w:tc>
          <w:tcPr>
            <w:tcW w:w="1417" w:type="dxa"/>
          </w:tcPr>
          <w:p w14:paraId="676365B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4253" w:type="dxa"/>
          </w:tcPr>
          <w:p w14:paraId="6B4283F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MAXIMAL 1 KIDS : udžbenik njemačkog jezika za četvrti razred osnovne škole, prva godina učenja</w:t>
            </w:r>
          </w:p>
        </w:tc>
        <w:tc>
          <w:tcPr>
            <w:tcW w:w="1843" w:type="dxa"/>
          </w:tcPr>
          <w:p w14:paraId="71CD43B7" w14:textId="686BC466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969" w:type="dxa"/>
          </w:tcPr>
          <w:p w14:paraId="6AABAB1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Olga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Swerlowa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Mirjana Klobučar</w:t>
            </w:r>
          </w:p>
        </w:tc>
      </w:tr>
    </w:tbl>
    <w:p w14:paraId="75A1C012" w14:textId="77777777" w:rsidR="000A308B" w:rsidRPr="00E54F8D" w:rsidRDefault="000A308B">
      <w:pPr>
        <w:rPr>
          <w:sz w:val="24"/>
          <w:szCs w:val="24"/>
          <w:lang w:val="hr-HR"/>
        </w:rPr>
      </w:pPr>
    </w:p>
    <w:p w14:paraId="59526494" w14:textId="464A93E5" w:rsidR="00264593" w:rsidRDefault="00264593">
      <w:pPr>
        <w:rPr>
          <w:sz w:val="24"/>
          <w:szCs w:val="24"/>
          <w:lang w:val="hr-HR"/>
        </w:rPr>
      </w:pPr>
    </w:p>
    <w:p w14:paraId="36188A77" w14:textId="6684BBA3" w:rsidR="00E54F8D" w:rsidRDefault="00E54F8D">
      <w:pPr>
        <w:rPr>
          <w:sz w:val="24"/>
          <w:szCs w:val="24"/>
          <w:lang w:val="hr-HR"/>
        </w:rPr>
      </w:pPr>
    </w:p>
    <w:p w14:paraId="0D1F5634" w14:textId="063AB148" w:rsidR="00E54F8D" w:rsidRDefault="00E54F8D">
      <w:pPr>
        <w:rPr>
          <w:sz w:val="24"/>
          <w:szCs w:val="24"/>
          <w:lang w:val="hr-HR"/>
        </w:rPr>
      </w:pPr>
    </w:p>
    <w:p w14:paraId="14AFC6F7" w14:textId="77777777" w:rsidR="00E54F8D" w:rsidRPr="00E54F8D" w:rsidRDefault="00E54F8D">
      <w:pPr>
        <w:rPr>
          <w:sz w:val="24"/>
          <w:szCs w:val="24"/>
          <w:lang w:val="hr-HR"/>
        </w:rPr>
      </w:pPr>
    </w:p>
    <w:tbl>
      <w:tblPr>
        <w:tblStyle w:val="Reetkatablice"/>
        <w:tblW w:w="138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851"/>
        <w:gridCol w:w="1417"/>
        <w:gridCol w:w="4111"/>
        <w:gridCol w:w="1843"/>
        <w:gridCol w:w="3969"/>
      </w:tblGrid>
      <w:tr w:rsidR="000A308B" w:rsidRPr="00E54F8D" w14:paraId="3E127C76" w14:textId="77777777" w:rsidTr="00E54F8D">
        <w:tc>
          <w:tcPr>
            <w:tcW w:w="13893" w:type="dxa"/>
            <w:gridSpan w:val="6"/>
          </w:tcPr>
          <w:p w14:paraId="48E96D4A" w14:textId="77777777" w:rsidR="000A308B" w:rsidRPr="00E54F8D" w:rsidRDefault="007C7D70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lastRenderedPageBreak/>
              <w:t>Peti razred</w:t>
            </w:r>
          </w:p>
        </w:tc>
      </w:tr>
      <w:tr w:rsidR="001B3212" w:rsidRPr="00E54F8D" w14:paraId="6CB4FED8" w14:textId="77777777" w:rsidTr="002366C0">
        <w:tc>
          <w:tcPr>
            <w:tcW w:w="1702" w:type="dxa"/>
          </w:tcPr>
          <w:p w14:paraId="663D86C4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851" w:type="dxa"/>
          </w:tcPr>
          <w:p w14:paraId="61680D7B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417" w:type="dxa"/>
          </w:tcPr>
          <w:p w14:paraId="6FDA0052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4111" w:type="dxa"/>
          </w:tcPr>
          <w:p w14:paraId="194B456C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1843" w:type="dxa"/>
          </w:tcPr>
          <w:p w14:paraId="77B30EFB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3969" w:type="dxa"/>
          </w:tcPr>
          <w:p w14:paraId="2B52AFB7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1B3212" w:rsidRPr="00E54F8D" w14:paraId="1909C83C" w14:textId="77777777" w:rsidTr="002366C0">
        <w:tc>
          <w:tcPr>
            <w:tcW w:w="1702" w:type="dxa"/>
          </w:tcPr>
          <w:p w14:paraId="76A19BF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Engleski jezik</w:t>
            </w:r>
          </w:p>
        </w:tc>
        <w:tc>
          <w:tcPr>
            <w:tcW w:w="851" w:type="dxa"/>
          </w:tcPr>
          <w:p w14:paraId="30E9BB3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5989</w:t>
            </w:r>
          </w:p>
        </w:tc>
        <w:tc>
          <w:tcPr>
            <w:tcW w:w="1417" w:type="dxa"/>
          </w:tcPr>
          <w:p w14:paraId="11C0B88D" w14:textId="648BAF74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111" w:type="dxa"/>
          </w:tcPr>
          <w:p w14:paraId="2974C534" w14:textId="352960CA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FOOTSTEPS 1</w:t>
            </w:r>
            <w:r w:rsidR="00E27191" w:rsidRPr="00E54F8D">
              <w:rPr>
                <w:sz w:val="24"/>
                <w:szCs w:val="24"/>
                <w:lang w:val="hr-HR"/>
              </w:rPr>
              <w:t xml:space="preserve"> - </w:t>
            </w:r>
            <w:r w:rsidRPr="00E54F8D">
              <w:rPr>
                <w:sz w:val="24"/>
                <w:szCs w:val="24"/>
                <w:lang w:val="hr-HR"/>
              </w:rPr>
              <w:t>udžbenik engleskoga jezika s dodatnim digitalnim sadržajima u petome razredu osnovne škole, 5. godina učenja</w:t>
            </w:r>
          </w:p>
        </w:tc>
        <w:tc>
          <w:tcPr>
            <w:tcW w:w="1843" w:type="dxa"/>
          </w:tcPr>
          <w:p w14:paraId="7FBE166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3A6E8EA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Dora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Božanić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Olinka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Breka, 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Posnjak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Ivana Marinić</w:t>
            </w:r>
          </w:p>
        </w:tc>
      </w:tr>
      <w:tr w:rsidR="001B3212" w:rsidRPr="00E54F8D" w14:paraId="259B3203" w14:textId="77777777" w:rsidTr="002366C0">
        <w:tc>
          <w:tcPr>
            <w:tcW w:w="1702" w:type="dxa"/>
          </w:tcPr>
          <w:p w14:paraId="0C4CCD26" w14:textId="77777777" w:rsidR="002366C0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Njemački jezik, </w:t>
            </w:r>
          </w:p>
          <w:p w14:paraId="275376F2" w14:textId="7B8F74A2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2. strani</w:t>
            </w:r>
            <w:r w:rsidR="002366C0">
              <w:rPr>
                <w:sz w:val="24"/>
                <w:szCs w:val="24"/>
                <w:lang w:val="hr-HR"/>
              </w:rPr>
              <w:t xml:space="preserve"> </w:t>
            </w:r>
            <w:r w:rsidRPr="00E54F8D">
              <w:rPr>
                <w:sz w:val="24"/>
                <w:szCs w:val="24"/>
                <w:lang w:val="hr-HR"/>
              </w:rPr>
              <w:t>jezik</w:t>
            </w:r>
          </w:p>
        </w:tc>
        <w:tc>
          <w:tcPr>
            <w:tcW w:w="851" w:type="dxa"/>
          </w:tcPr>
          <w:p w14:paraId="4806F0E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6133</w:t>
            </w:r>
          </w:p>
        </w:tc>
        <w:tc>
          <w:tcPr>
            <w:tcW w:w="1417" w:type="dxa"/>
          </w:tcPr>
          <w:p w14:paraId="4D541F89" w14:textId="71E10BED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4111" w:type="dxa"/>
          </w:tcPr>
          <w:p w14:paraId="2F4ABA44" w14:textId="2D4B3945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MAXIMAL 2</w:t>
            </w:r>
            <w:r w:rsidR="00E27191" w:rsidRPr="00E54F8D">
              <w:rPr>
                <w:sz w:val="24"/>
                <w:szCs w:val="24"/>
                <w:lang w:val="hr-HR"/>
              </w:rPr>
              <w:t xml:space="preserve"> - </w:t>
            </w:r>
            <w:r w:rsidRPr="00E54F8D">
              <w:rPr>
                <w:sz w:val="24"/>
                <w:szCs w:val="24"/>
                <w:lang w:val="hr-HR"/>
              </w:rPr>
              <w:t>udžbenik njemačkoga jezika za peti razred osnovne škole, druga godina učenja</w:t>
            </w:r>
          </w:p>
        </w:tc>
        <w:tc>
          <w:tcPr>
            <w:tcW w:w="1843" w:type="dxa"/>
          </w:tcPr>
          <w:p w14:paraId="60D880F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6CD881C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Giorgio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Motta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Elzbieta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Krulak-Kempisty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Claudia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Brass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Dagmar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Glück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Mirjana Klobučar</w:t>
            </w:r>
          </w:p>
        </w:tc>
      </w:tr>
      <w:tr w:rsidR="001B3212" w:rsidRPr="00E54F8D" w14:paraId="1C91EE5B" w14:textId="77777777" w:rsidTr="002366C0">
        <w:tc>
          <w:tcPr>
            <w:tcW w:w="1702" w:type="dxa"/>
          </w:tcPr>
          <w:p w14:paraId="4DDA592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851" w:type="dxa"/>
          </w:tcPr>
          <w:p w14:paraId="4C9C2D7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6013</w:t>
            </w:r>
          </w:p>
        </w:tc>
        <w:tc>
          <w:tcPr>
            <w:tcW w:w="1417" w:type="dxa"/>
          </w:tcPr>
          <w:p w14:paraId="1E896D26" w14:textId="44B88EBC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11" w:type="dxa"/>
          </w:tcPr>
          <w:p w14:paraId="192D1DC1" w14:textId="62736E9B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1</w:t>
            </w:r>
            <w:r w:rsidR="00E27191" w:rsidRPr="00E54F8D">
              <w:rPr>
                <w:sz w:val="24"/>
                <w:szCs w:val="24"/>
                <w:lang w:val="hr-HR"/>
              </w:rPr>
              <w:t xml:space="preserve"> - </w:t>
            </w:r>
            <w:r w:rsidRPr="00E54F8D">
              <w:rPr>
                <w:sz w:val="24"/>
                <w:szCs w:val="24"/>
                <w:lang w:val="hr-HR"/>
              </w:rPr>
              <w:t>udžbenik iz geografije za peti razred osnovne škole</w:t>
            </w:r>
          </w:p>
        </w:tc>
        <w:tc>
          <w:tcPr>
            <w:tcW w:w="1843" w:type="dxa"/>
          </w:tcPr>
          <w:p w14:paraId="72DB2B8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5D21157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Ivan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Gambiroža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Josip Jukić, Dinko Marin, Ana Mesić</w:t>
            </w:r>
          </w:p>
        </w:tc>
      </w:tr>
      <w:tr w:rsidR="001B3212" w:rsidRPr="00E54F8D" w14:paraId="78ACC9FC" w14:textId="77777777" w:rsidTr="002366C0">
        <w:tc>
          <w:tcPr>
            <w:tcW w:w="1702" w:type="dxa"/>
          </w:tcPr>
          <w:p w14:paraId="2571CC6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Glazbena kultura</w:t>
            </w:r>
          </w:p>
        </w:tc>
        <w:tc>
          <w:tcPr>
            <w:tcW w:w="851" w:type="dxa"/>
          </w:tcPr>
          <w:p w14:paraId="19BAB5B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6027</w:t>
            </w:r>
          </w:p>
        </w:tc>
        <w:tc>
          <w:tcPr>
            <w:tcW w:w="1417" w:type="dxa"/>
          </w:tcPr>
          <w:p w14:paraId="2AD975A9" w14:textId="2D265CC2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111" w:type="dxa"/>
          </w:tcPr>
          <w:p w14:paraId="7383A1DE" w14:textId="01671013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ALLEGRO 5 U GLAZBENOM SVIJETU  udžbenik glazbene kulture s dodatnim digitalnim sadržajima u petom razredu osnovne škole</w:t>
            </w:r>
          </w:p>
        </w:tc>
        <w:tc>
          <w:tcPr>
            <w:tcW w:w="1843" w:type="dxa"/>
          </w:tcPr>
          <w:p w14:paraId="1BE5BAC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573C661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Natalija Banov, Vlasta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Dvořak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Sandra Frančišković, Sandra Ivančić, Margita Jeličić Špoljar, Eva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Kirchmayer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Bilić, Alenka Martinović, Darko Novosel, Tomislav Pehar</w:t>
            </w:r>
          </w:p>
        </w:tc>
      </w:tr>
      <w:tr w:rsidR="001B3212" w:rsidRPr="00E54F8D" w14:paraId="339E3129" w14:textId="77777777" w:rsidTr="002366C0">
        <w:tc>
          <w:tcPr>
            <w:tcW w:w="1702" w:type="dxa"/>
          </w:tcPr>
          <w:p w14:paraId="17CDCAE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851" w:type="dxa"/>
          </w:tcPr>
          <w:p w14:paraId="5B855D75" w14:textId="77777777" w:rsidR="00E27191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6055 </w:t>
            </w:r>
          </w:p>
          <w:p w14:paraId="2F337C6E" w14:textId="77777777" w:rsidR="00E27191" w:rsidRPr="00E54F8D" w:rsidRDefault="00E27191">
            <w:pPr>
              <w:rPr>
                <w:sz w:val="24"/>
                <w:szCs w:val="24"/>
                <w:lang w:val="hr-HR"/>
              </w:rPr>
            </w:pPr>
          </w:p>
          <w:p w14:paraId="4CEE9BAC" w14:textId="265F4053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6056</w:t>
            </w:r>
          </w:p>
        </w:tc>
        <w:tc>
          <w:tcPr>
            <w:tcW w:w="1417" w:type="dxa"/>
          </w:tcPr>
          <w:p w14:paraId="78D6EA73" w14:textId="4AAA14D3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111" w:type="dxa"/>
          </w:tcPr>
          <w:p w14:paraId="67ED3D3A" w14:textId="5DC0B85E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BEZ GRANICA 5, I. i II. DIO integrirani udžbenik za hrvatski jezik s dodatnim digitalnim sadržajima u petome razredu osnovne škole</w:t>
            </w:r>
          </w:p>
        </w:tc>
        <w:tc>
          <w:tcPr>
            <w:tcW w:w="1843" w:type="dxa"/>
          </w:tcPr>
          <w:p w14:paraId="1352D93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6C6442E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Julijana Levak, Iva Močibob, Jasmina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Sandalić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Ida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Pettö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Ksenija Budija</w:t>
            </w:r>
          </w:p>
        </w:tc>
      </w:tr>
      <w:tr w:rsidR="001B3212" w:rsidRPr="00E54F8D" w14:paraId="5A4E8492" w14:textId="77777777" w:rsidTr="002366C0">
        <w:tc>
          <w:tcPr>
            <w:tcW w:w="1702" w:type="dxa"/>
          </w:tcPr>
          <w:p w14:paraId="56D0C6D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Informatika</w:t>
            </w:r>
          </w:p>
        </w:tc>
        <w:tc>
          <w:tcPr>
            <w:tcW w:w="851" w:type="dxa"/>
          </w:tcPr>
          <w:p w14:paraId="2269E56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6063</w:t>
            </w:r>
          </w:p>
        </w:tc>
        <w:tc>
          <w:tcPr>
            <w:tcW w:w="1417" w:type="dxa"/>
          </w:tcPr>
          <w:p w14:paraId="53916C97" w14:textId="522DD1B8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111" w:type="dxa"/>
          </w:tcPr>
          <w:p w14:paraId="43D19F4D" w14:textId="77777777" w:rsidR="002366C0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#MOJPORTAL5</w:t>
            </w:r>
          </w:p>
          <w:p w14:paraId="0CFFB918" w14:textId="17E83F50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informatike s dodatnim digitalnim sadržajima u petom razredu osnovne škole</w:t>
            </w:r>
          </w:p>
        </w:tc>
        <w:tc>
          <w:tcPr>
            <w:tcW w:w="1843" w:type="dxa"/>
          </w:tcPr>
          <w:p w14:paraId="496C983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6617A52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Magdalena Babić, Nikolina Bubica, Stanko Leko, Zoran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Dimovski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Mario Stančić, Ivana Ružić,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Branko Vejnović</w:t>
            </w:r>
          </w:p>
        </w:tc>
      </w:tr>
      <w:tr w:rsidR="001B3212" w:rsidRPr="00E54F8D" w14:paraId="38D4375D" w14:textId="77777777" w:rsidTr="002366C0">
        <w:tc>
          <w:tcPr>
            <w:tcW w:w="1702" w:type="dxa"/>
          </w:tcPr>
          <w:p w14:paraId="1140B58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Katolički vjeronauk</w:t>
            </w:r>
          </w:p>
        </w:tc>
        <w:tc>
          <w:tcPr>
            <w:tcW w:w="851" w:type="dxa"/>
          </w:tcPr>
          <w:p w14:paraId="7A8193E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6163</w:t>
            </w:r>
          </w:p>
        </w:tc>
        <w:tc>
          <w:tcPr>
            <w:tcW w:w="1417" w:type="dxa"/>
          </w:tcPr>
          <w:p w14:paraId="5813C8CD" w14:textId="77DAA9BB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Kršćanska sadašnjost</w:t>
            </w:r>
          </w:p>
        </w:tc>
        <w:tc>
          <w:tcPr>
            <w:tcW w:w="4111" w:type="dxa"/>
          </w:tcPr>
          <w:p w14:paraId="473DEC13" w14:textId="77777777" w:rsidR="002366C0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UČITELJU, GDJE STANUJEŠ?</w:t>
            </w:r>
          </w:p>
          <w:p w14:paraId="0A0B5032" w14:textId="07AE5D4C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za katolički vjeronauk petoga razreda osnovne škole</w:t>
            </w:r>
          </w:p>
        </w:tc>
        <w:tc>
          <w:tcPr>
            <w:tcW w:w="1843" w:type="dxa"/>
          </w:tcPr>
          <w:p w14:paraId="6F103AF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5CB32DC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Mirjana Novak, Barbara Sipina</w:t>
            </w:r>
          </w:p>
        </w:tc>
      </w:tr>
      <w:tr w:rsidR="001B3212" w:rsidRPr="00E54F8D" w14:paraId="0C0F383E" w14:textId="77777777" w:rsidTr="002366C0">
        <w:tc>
          <w:tcPr>
            <w:tcW w:w="1702" w:type="dxa"/>
          </w:tcPr>
          <w:p w14:paraId="405CBAE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Likovna kultura</w:t>
            </w:r>
          </w:p>
        </w:tc>
        <w:tc>
          <w:tcPr>
            <w:tcW w:w="851" w:type="dxa"/>
          </w:tcPr>
          <w:p w14:paraId="407A509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6095</w:t>
            </w:r>
          </w:p>
        </w:tc>
        <w:tc>
          <w:tcPr>
            <w:tcW w:w="1417" w:type="dxa"/>
          </w:tcPr>
          <w:p w14:paraId="2F7348B7" w14:textId="007F936C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4111" w:type="dxa"/>
          </w:tcPr>
          <w:p w14:paraId="67126266" w14:textId="77777777" w:rsidR="002366C0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OPAŽAM, OBLIKUJEM 5</w:t>
            </w:r>
          </w:p>
          <w:p w14:paraId="74B9585D" w14:textId="7147B5B2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likovne kulture za peti razred osnovne škole</w:t>
            </w:r>
          </w:p>
        </w:tc>
        <w:tc>
          <w:tcPr>
            <w:tcW w:w="1843" w:type="dxa"/>
          </w:tcPr>
          <w:p w14:paraId="057FD75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1475835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Martina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Kosec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Jurana Mihalić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Linarić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Dijana Nazor</w:t>
            </w:r>
          </w:p>
        </w:tc>
      </w:tr>
      <w:tr w:rsidR="001B3212" w:rsidRPr="00E54F8D" w14:paraId="736E8769" w14:textId="77777777" w:rsidTr="002366C0">
        <w:tc>
          <w:tcPr>
            <w:tcW w:w="1702" w:type="dxa"/>
          </w:tcPr>
          <w:p w14:paraId="3EED617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Matematika</w:t>
            </w:r>
          </w:p>
        </w:tc>
        <w:tc>
          <w:tcPr>
            <w:tcW w:w="851" w:type="dxa"/>
          </w:tcPr>
          <w:p w14:paraId="0FD0EA16" w14:textId="441CDD4F" w:rsidR="002366C0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6124 </w:t>
            </w:r>
          </w:p>
          <w:p w14:paraId="2262F7AB" w14:textId="77777777" w:rsidR="00271D8C" w:rsidRDefault="00271D8C">
            <w:pPr>
              <w:rPr>
                <w:sz w:val="24"/>
                <w:szCs w:val="24"/>
                <w:lang w:val="hr-HR"/>
              </w:rPr>
            </w:pPr>
          </w:p>
          <w:p w14:paraId="33C0DBE3" w14:textId="76F0D2B9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6125</w:t>
            </w:r>
          </w:p>
        </w:tc>
        <w:tc>
          <w:tcPr>
            <w:tcW w:w="1417" w:type="dxa"/>
          </w:tcPr>
          <w:p w14:paraId="08C05C26" w14:textId="4F94F9F0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4111" w:type="dxa"/>
          </w:tcPr>
          <w:p w14:paraId="6A57BA34" w14:textId="77777777" w:rsidR="002366C0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5</w:t>
            </w:r>
          </w:p>
          <w:p w14:paraId="569BD89F" w14:textId="5EE74BE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matematike s dodatnim digitalnim sadržajima u petom razredu osnovne škole sa zadatcima za rješavanje, 1. i 2. dio</w:t>
            </w:r>
          </w:p>
        </w:tc>
        <w:tc>
          <w:tcPr>
            <w:tcW w:w="1843" w:type="dxa"/>
          </w:tcPr>
          <w:p w14:paraId="33D23C2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235A8FB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Branka Antunović Piton, Marjana Kuliš, Ivana Matić, Natalija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Zvelf</w:t>
            </w:r>
            <w:proofErr w:type="spellEnd"/>
          </w:p>
        </w:tc>
      </w:tr>
      <w:tr w:rsidR="001B3212" w:rsidRPr="00E54F8D" w14:paraId="017242A8" w14:textId="77777777" w:rsidTr="002366C0">
        <w:tc>
          <w:tcPr>
            <w:tcW w:w="1702" w:type="dxa"/>
          </w:tcPr>
          <w:p w14:paraId="724DC2C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</w:t>
            </w:r>
          </w:p>
        </w:tc>
        <w:tc>
          <w:tcPr>
            <w:tcW w:w="851" w:type="dxa"/>
          </w:tcPr>
          <w:p w14:paraId="2C361B0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6138</w:t>
            </w:r>
          </w:p>
        </w:tc>
        <w:tc>
          <w:tcPr>
            <w:tcW w:w="1417" w:type="dxa"/>
          </w:tcPr>
          <w:p w14:paraId="32B84B3D" w14:textId="22EA510A" w:rsidR="001B3212" w:rsidRPr="00E54F8D" w:rsidRDefault="002366C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11" w:type="dxa"/>
          </w:tcPr>
          <w:p w14:paraId="7187FBC5" w14:textId="77777777" w:rsidR="00E745C9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5</w:t>
            </w:r>
          </w:p>
          <w:p w14:paraId="632B3F9F" w14:textId="0ED737E5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iz prirode za peti razred osnovne škole</w:t>
            </w:r>
          </w:p>
        </w:tc>
        <w:tc>
          <w:tcPr>
            <w:tcW w:w="1843" w:type="dxa"/>
          </w:tcPr>
          <w:p w14:paraId="0D34962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3570EC0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Marijana Bastić, Valerija Begić, Ana Bakarić, Bernarda Kralj Golub</w:t>
            </w:r>
          </w:p>
        </w:tc>
      </w:tr>
      <w:tr w:rsidR="001B3212" w:rsidRPr="00E54F8D" w14:paraId="10A8B47D" w14:textId="77777777" w:rsidTr="002366C0">
        <w:tc>
          <w:tcPr>
            <w:tcW w:w="1702" w:type="dxa"/>
          </w:tcPr>
          <w:p w14:paraId="1773D2B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Tehnička kultura</w:t>
            </w:r>
          </w:p>
        </w:tc>
        <w:tc>
          <w:tcPr>
            <w:tcW w:w="851" w:type="dxa"/>
          </w:tcPr>
          <w:p w14:paraId="51678C5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6160</w:t>
            </w:r>
          </w:p>
        </w:tc>
        <w:tc>
          <w:tcPr>
            <w:tcW w:w="1417" w:type="dxa"/>
          </w:tcPr>
          <w:p w14:paraId="0C801DD2" w14:textId="5DA2FA6D" w:rsidR="001B3212" w:rsidRPr="00E54F8D" w:rsidRDefault="00E745C9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4111" w:type="dxa"/>
          </w:tcPr>
          <w:p w14:paraId="5B124395" w14:textId="77777777" w:rsidR="00E745C9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TK 5</w:t>
            </w:r>
          </w:p>
          <w:p w14:paraId="2A04B73D" w14:textId="5EFAEAE5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tehničke kulture za 5. razred osnovne škole</w:t>
            </w:r>
          </w:p>
        </w:tc>
        <w:tc>
          <w:tcPr>
            <w:tcW w:w="1843" w:type="dxa"/>
          </w:tcPr>
          <w:p w14:paraId="11F6709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364AD52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Marijan Vinković, Leon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Zakanji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Tamara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Valčić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Mato Šimunović, Darko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Suman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Tijana Martić, Ružica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Gulam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Damir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Ereš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Fany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Bilić</w:t>
            </w:r>
          </w:p>
        </w:tc>
      </w:tr>
      <w:tr w:rsidR="001B3212" w:rsidRPr="00E54F8D" w14:paraId="6248E1FF" w14:textId="77777777" w:rsidTr="002366C0">
        <w:tc>
          <w:tcPr>
            <w:tcW w:w="1702" w:type="dxa"/>
          </w:tcPr>
          <w:p w14:paraId="3320C7F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</w:t>
            </w:r>
          </w:p>
        </w:tc>
        <w:tc>
          <w:tcPr>
            <w:tcW w:w="851" w:type="dxa"/>
          </w:tcPr>
          <w:p w14:paraId="0BA3730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6462</w:t>
            </w:r>
          </w:p>
        </w:tc>
        <w:tc>
          <w:tcPr>
            <w:tcW w:w="1417" w:type="dxa"/>
          </w:tcPr>
          <w:p w14:paraId="18805412" w14:textId="51DC42D3" w:rsidR="001B3212" w:rsidRPr="00E54F8D" w:rsidRDefault="00E745C9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11" w:type="dxa"/>
          </w:tcPr>
          <w:p w14:paraId="0E25F46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 5 : udžbenik iz povijesti za peti razred osnovne škole</w:t>
            </w:r>
          </w:p>
        </w:tc>
        <w:tc>
          <w:tcPr>
            <w:tcW w:w="1843" w:type="dxa"/>
          </w:tcPr>
          <w:p w14:paraId="611EFB2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969" w:type="dxa"/>
          </w:tcPr>
          <w:p w14:paraId="7C95BCD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Birin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Eva Katarina Glazer, Tomislav Šarlija,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Abelina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Finek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Darko Fine</w:t>
            </w:r>
          </w:p>
        </w:tc>
      </w:tr>
      <w:tr w:rsidR="001B3212" w:rsidRPr="00E54F8D" w14:paraId="0540A359" w14:textId="77777777" w:rsidTr="002366C0">
        <w:tc>
          <w:tcPr>
            <w:tcW w:w="1702" w:type="dxa"/>
          </w:tcPr>
          <w:p w14:paraId="2112D04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851" w:type="dxa"/>
          </w:tcPr>
          <w:p w14:paraId="69CBEE3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6012</w:t>
            </w:r>
          </w:p>
        </w:tc>
        <w:tc>
          <w:tcPr>
            <w:tcW w:w="1417" w:type="dxa"/>
          </w:tcPr>
          <w:p w14:paraId="4F7E419E" w14:textId="61149571" w:rsidR="001B3212" w:rsidRPr="00E54F8D" w:rsidRDefault="00E745C9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4111" w:type="dxa"/>
          </w:tcPr>
          <w:p w14:paraId="39A8267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1 : udžbenik iz geografije za peti razred osnovne škole (za učenike kojima je određen primjereni program osnovnog odgoja i obrazovanja)</w:t>
            </w:r>
          </w:p>
        </w:tc>
        <w:tc>
          <w:tcPr>
            <w:tcW w:w="1843" w:type="dxa"/>
          </w:tcPr>
          <w:p w14:paraId="02D945F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za učenike kojima je određen primjereni program osnovnog odgoja i obrazovanja</w:t>
            </w:r>
          </w:p>
        </w:tc>
        <w:tc>
          <w:tcPr>
            <w:tcW w:w="3969" w:type="dxa"/>
          </w:tcPr>
          <w:p w14:paraId="645D727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Ivan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Gambiroža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Josip Jukić, Dinko Marin, Ana Mesić</w:t>
            </w:r>
          </w:p>
        </w:tc>
      </w:tr>
    </w:tbl>
    <w:p w14:paraId="1BC74B3A" w14:textId="77777777" w:rsidR="000A308B" w:rsidRPr="00E54F8D" w:rsidRDefault="000A308B">
      <w:pPr>
        <w:rPr>
          <w:sz w:val="24"/>
          <w:szCs w:val="24"/>
          <w:lang w:val="hr-HR"/>
        </w:rPr>
      </w:pPr>
    </w:p>
    <w:p w14:paraId="479DA4E5" w14:textId="0D612254" w:rsidR="009E767E" w:rsidRDefault="009E767E">
      <w:pPr>
        <w:rPr>
          <w:sz w:val="24"/>
          <w:szCs w:val="24"/>
          <w:lang w:val="hr-HR"/>
        </w:rPr>
      </w:pPr>
    </w:p>
    <w:p w14:paraId="626EA81C" w14:textId="4A3431D5" w:rsidR="00E54F8D" w:rsidRDefault="00E54F8D">
      <w:pPr>
        <w:rPr>
          <w:sz w:val="24"/>
          <w:szCs w:val="24"/>
          <w:lang w:val="hr-HR"/>
        </w:rPr>
      </w:pPr>
    </w:p>
    <w:p w14:paraId="4F68954A" w14:textId="7A341AB6" w:rsidR="00E54F8D" w:rsidRDefault="00E54F8D">
      <w:pPr>
        <w:rPr>
          <w:sz w:val="24"/>
          <w:szCs w:val="24"/>
          <w:lang w:val="hr-HR"/>
        </w:rPr>
      </w:pPr>
    </w:p>
    <w:p w14:paraId="3BF1A85C" w14:textId="77777777" w:rsidR="00E54F8D" w:rsidRPr="00E54F8D" w:rsidRDefault="00E54F8D">
      <w:pPr>
        <w:rPr>
          <w:sz w:val="24"/>
          <w:szCs w:val="24"/>
          <w:lang w:val="hr-HR"/>
        </w:rPr>
      </w:pPr>
    </w:p>
    <w:p w14:paraId="0D59E398" w14:textId="77777777" w:rsidR="00E27191" w:rsidRPr="00E54F8D" w:rsidRDefault="00E27191">
      <w:pPr>
        <w:rPr>
          <w:sz w:val="24"/>
          <w:szCs w:val="24"/>
          <w:lang w:val="hr-HR"/>
        </w:rPr>
      </w:pPr>
    </w:p>
    <w:tbl>
      <w:tblPr>
        <w:tblStyle w:val="Reetkatablice"/>
        <w:tblW w:w="138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1417"/>
        <w:gridCol w:w="3969"/>
        <w:gridCol w:w="2410"/>
        <w:gridCol w:w="3544"/>
      </w:tblGrid>
      <w:tr w:rsidR="000A308B" w:rsidRPr="00E54F8D" w14:paraId="74BFC3D3" w14:textId="77777777" w:rsidTr="00E54F8D">
        <w:tc>
          <w:tcPr>
            <w:tcW w:w="13893" w:type="dxa"/>
            <w:gridSpan w:val="6"/>
          </w:tcPr>
          <w:p w14:paraId="05CBC135" w14:textId="77777777" w:rsidR="000A308B" w:rsidRPr="00E54F8D" w:rsidRDefault="007C7D70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Šesti razred</w:t>
            </w:r>
          </w:p>
        </w:tc>
      </w:tr>
      <w:tr w:rsidR="001B3212" w:rsidRPr="00E54F8D" w14:paraId="3D9D763A" w14:textId="77777777" w:rsidTr="004F5A04">
        <w:tc>
          <w:tcPr>
            <w:tcW w:w="1560" w:type="dxa"/>
          </w:tcPr>
          <w:p w14:paraId="7BC870FB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993" w:type="dxa"/>
          </w:tcPr>
          <w:p w14:paraId="53A34CC9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417" w:type="dxa"/>
          </w:tcPr>
          <w:p w14:paraId="3AC5A1BF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3969" w:type="dxa"/>
          </w:tcPr>
          <w:p w14:paraId="4ADAF759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2410" w:type="dxa"/>
          </w:tcPr>
          <w:p w14:paraId="4D4FFECD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3544" w:type="dxa"/>
          </w:tcPr>
          <w:p w14:paraId="10EEE6C7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1B3212" w:rsidRPr="00E54F8D" w14:paraId="4E4B0833" w14:textId="77777777" w:rsidTr="004F5A04">
        <w:tc>
          <w:tcPr>
            <w:tcW w:w="1560" w:type="dxa"/>
          </w:tcPr>
          <w:p w14:paraId="5CCD680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Engleski jezik</w:t>
            </w:r>
          </w:p>
        </w:tc>
        <w:tc>
          <w:tcPr>
            <w:tcW w:w="993" w:type="dxa"/>
          </w:tcPr>
          <w:p w14:paraId="4F1C05D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6851</w:t>
            </w:r>
          </w:p>
        </w:tc>
        <w:tc>
          <w:tcPr>
            <w:tcW w:w="1417" w:type="dxa"/>
          </w:tcPr>
          <w:p w14:paraId="0119FA22" w14:textId="281E7CEE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3969" w:type="dxa"/>
          </w:tcPr>
          <w:p w14:paraId="5C9D8DB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HELLO, WORLD!</w:t>
            </w:r>
          </w:p>
        </w:tc>
        <w:tc>
          <w:tcPr>
            <w:tcW w:w="2410" w:type="dxa"/>
          </w:tcPr>
          <w:p w14:paraId="23529B7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engleskog jezika za šesti razred osnovne škole, šesta godina učenja</w:t>
            </w:r>
          </w:p>
        </w:tc>
        <w:tc>
          <w:tcPr>
            <w:tcW w:w="3544" w:type="dxa"/>
          </w:tcPr>
          <w:p w14:paraId="3324194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Ivana Kirin, Marinko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Uremović</w:t>
            </w:r>
            <w:proofErr w:type="spellEnd"/>
          </w:p>
        </w:tc>
      </w:tr>
      <w:tr w:rsidR="001B3212" w:rsidRPr="00E54F8D" w14:paraId="44A17FC2" w14:textId="77777777" w:rsidTr="004F5A04">
        <w:tc>
          <w:tcPr>
            <w:tcW w:w="1560" w:type="dxa"/>
          </w:tcPr>
          <w:p w14:paraId="2F86650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Njemački jezik, 2. strani jezik</w:t>
            </w:r>
          </w:p>
        </w:tc>
        <w:tc>
          <w:tcPr>
            <w:tcW w:w="993" w:type="dxa"/>
          </w:tcPr>
          <w:p w14:paraId="51DE382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6893</w:t>
            </w:r>
          </w:p>
        </w:tc>
        <w:tc>
          <w:tcPr>
            <w:tcW w:w="1417" w:type="dxa"/>
          </w:tcPr>
          <w:p w14:paraId="551CE0A5" w14:textId="4657670E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3969" w:type="dxa"/>
          </w:tcPr>
          <w:p w14:paraId="4FE307C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MAXIMAL 3</w:t>
            </w:r>
          </w:p>
        </w:tc>
        <w:tc>
          <w:tcPr>
            <w:tcW w:w="2410" w:type="dxa"/>
          </w:tcPr>
          <w:p w14:paraId="53AE8EC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njemačkoga jezika za šesti razred osnovne škole, treća godina učenja</w:t>
            </w:r>
          </w:p>
        </w:tc>
        <w:tc>
          <w:tcPr>
            <w:tcW w:w="3544" w:type="dxa"/>
          </w:tcPr>
          <w:p w14:paraId="6AA90DB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Giorgio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Motta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Elzbieta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Krulak-Kempisty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Claudia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Brass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Dagmar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Glück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Mirjana Klobučar</w:t>
            </w:r>
          </w:p>
        </w:tc>
      </w:tr>
      <w:tr w:rsidR="001B3212" w:rsidRPr="00E54F8D" w14:paraId="7F73DF83" w14:textId="77777777" w:rsidTr="004F5A04">
        <w:tc>
          <w:tcPr>
            <w:tcW w:w="1560" w:type="dxa"/>
          </w:tcPr>
          <w:p w14:paraId="02AF133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993" w:type="dxa"/>
          </w:tcPr>
          <w:p w14:paraId="1180E16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7029</w:t>
            </w:r>
          </w:p>
        </w:tc>
        <w:tc>
          <w:tcPr>
            <w:tcW w:w="1417" w:type="dxa"/>
          </w:tcPr>
          <w:p w14:paraId="1852E2CB" w14:textId="4D1BED8C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4F5A04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3969" w:type="dxa"/>
          </w:tcPr>
          <w:p w14:paraId="37DA3674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BEZ GRANICA 6, I. I II. DIO : integrirani udžbenik hrvatskoga jezika i književnosti s dodatnim digitalnim sadržajima u šestome razredu osnovne škole</w:t>
            </w:r>
          </w:p>
          <w:p w14:paraId="3ED331BB" w14:textId="3B89FDCB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</w:tcPr>
          <w:p w14:paraId="47279E5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55F1328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Julijana Levak, Iva Močibob, Jasmina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Sandalić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Ida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Pettö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Ksenija Budija</w:t>
            </w:r>
          </w:p>
        </w:tc>
      </w:tr>
      <w:tr w:rsidR="001B3212" w:rsidRPr="00E54F8D" w14:paraId="7B1B7157" w14:textId="77777777" w:rsidTr="004F5A04">
        <w:tc>
          <w:tcPr>
            <w:tcW w:w="1560" w:type="dxa"/>
          </w:tcPr>
          <w:p w14:paraId="1B52A98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993" w:type="dxa"/>
          </w:tcPr>
          <w:p w14:paraId="4D3DE96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7055</w:t>
            </w:r>
          </w:p>
        </w:tc>
        <w:tc>
          <w:tcPr>
            <w:tcW w:w="1417" w:type="dxa"/>
          </w:tcPr>
          <w:p w14:paraId="5B309E1D" w14:textId="276F694D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4F5A04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3969" w:type="dxa"/>
          </w:tcPr>
          <w:p w14:paraId="2F534D2B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6 : udžbenik matematike s dodatnim digitalnim sadržajima u šestom razredu osnovne škole sa zadatcima za rješavanje, 1. i 2. dio</w:t>
            </w:r>
          </w:p>
          <w:p w14:paraId="732E9C1E" w14:textId="4967D496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</w:tcPr>
          <w:p w14:paraId="5E28261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4549BEC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Branka Antunović Piton, Ariana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Bogner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Boroš, Predrag Brkić, Marjana Kuliš, Tibor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Rodiger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Natalija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Zvelf</w:t>
            </w:r>
            <w:proofErr w:type="spellEnd"/>
          </w:p>
        </w:tc>
      </w:tr>
      <w:tr w:rsidR="001B3212" w:rsidRPr="00E54F8D" w14:paraId="436839F4" w14:textId="77777777" w:rsidTr="004F5A04">
        <w:tc>
          <w:tcPr>
            <w:tcW w:w="1560" w:type="dxa"/>
          </w:tcPr>
          <w:p w14:paraId="66D8136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Glazbena kultura</w:t>
            </w:r>
          </w:p>
        </w:tc>
        <w:tc>
          <w:tcPr>
            <w:tcW w:w="993" w:type="dxa"/>
          </w:tcPr>
          <w:p w14:paraId="0A6E7AD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6981</w:t>
            </w:r>
          </w:p>
        </w:tc>
        <w:tc>
          <w:tcPr>
            <w:tcW w:w="1417" w:type="dxa"/>
          </w:tcPr>
          <w:p w14:paraId="4B6B6B10" w14:textId="45316A0A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4F5A04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3969" w:type="dxa"/>
          </w:tcPr>
          <w:p w14:paraId="72F7204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ALLEGRO 6 : udžbenik glazbene kulture s dodatnim digitalnim sadržajima u šestom razredu osnovne škole</w:t>
            </w:r>
          </w:p>
        </w:tc>
        <w:tc>
          <w:tcPr>
            <w:tcW w:w="2410" w:type="dxa"/>
          </w:tcPr>
          <w:p w14:paraId="0D9EFB7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2723029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Natalija Banov, Davor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Brđanović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Sandra Frančišković, Sandra Ivančić, Eva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Kirchmayer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Bilić, Alenka Martinović, Darko Novosel, Tomislav Pehar</w:t>
            </w:r>
          </w:p>
        </w:tc>
      </w:tr>
      <w:tr w:rsidR="001B3212" w:rsidRPr="00E54F8D" w14:paraId="17F8165D" w14:textId="77777777" w:rsidTr="004F5A04">
        <w:tc>
          <w:tcPr>
            <w:tcW w:w="1560" w:type="dxa"/>
          </w:tcPr>
          <w:p w14:paraId="1084166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Likovna kultura</w:t>
            </w:r>
          </w:p>
        </w:tc>
        <w:tc>
          <w:tcPr>
            <w:tcW w:w="993" w:type="dxa"/>
          </w:tcPr>
          <w:p w14:paraId="365CB30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7063</w:t>
            </w:r>
          </w:p>
        </w:tc>
        <w:tc>
          <w:tcPr>
            <w:tcW w:w="1417" w:type="dxa"/>
          </w:tcPr>
          <w:p w14:paraId="1D4C06AE" w14:textId="4F6F48CC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4F5A04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3969" w:type="dxa"/>
          </w:tcPr>
          <w:p w14:paraId="67EB06E7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MOJE BOJE 6 : udžbenik likovne kulture s dodatnim digitalnim </w:t>
            </w:r>
            <w:r w:rsidRPr="00E54F8D">
              <w:rPr>
                <w:sz w:val="24"/>
                <w:szCs w:val="24"/>
                <w:lang w:val="hr-HR"/>
              </w:rPr>
              <w:lastRenderedPageBreak/>
              <w:t>sadržajima u šestom razredu osnovne škole</w:t>
            </w:r>
          </w:p>
          <w:p w14:paraId="08A90879" w14:textId="29C439D2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</w:tcPr>
          <w:p w14:paraId="57B6B37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udžbenik</w:t>
            </w:r>
          </w:p>
        </w:tc>
        <w:tc>
          <w:tcPr>
            <w:tcW w:w="3544" w:type="dxa"/>
          </w:tcPr>
          <w:p w14:paraId="170FCE3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Miroslav Huzjak, Kristina Horvat-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Blažinović</w:t>
            </w:r>
            <w:proofErr w:type="spellEnd"/>
          </w:p>
        </w:tc>
      </w:tr>
      <w:tr w:rsidR="001B3212" w:rsidRPr="00E54F8D" w14:paraId="7CAF1805" w14:textId="77777777" w:rsidTr="004F5A04">
        <w:tc>
          <w:tcPr>
            <w:tcW w:w="1560" w:type="dxa"/>
          </w:tcPr>
          <w:p w14:paraId="237EA34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</w:t>
            </w:r>
          </w:p>
        </w:tc>
        <w:tc>
          <w:tcPr>
            <w:tcW w:w="993" w:type="dxa"/>
          </w:tcPr>
          <w:p w14:paraId="4C4AF58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6559</w:t>
            </w:r>
          </w:p>
        </w:tc>
        <w:tc>
          <w:tcPr>
            <w:tcW w:w="1417" w:type="dxa"/>
          </w:tcPr>
          <w:p w14:paraId="72B9CC8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969" w:type="dxa"/>
          </w:tcPr>
          <w:p w14:paraId="3A50744A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 6 :  udžbenik iz povijesti za šesti razred osnovne škole</w:t>
            </w:r>
          </w:p>
          <w:p w14:paraId="5CE82F62" w14:textId="40D4AF28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</w:tcPr>
          <w:p w14:paraId="526EA26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795A626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Birin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Tomislav Šarlija, Danijela Deković</w:t>
            </w:r>
          </w:p>
        </w:tc>
      </w:tr>
      <w:tr w:rsidR="001B3212" w:rsidRPr="00E54F8D" w14:paraId="5BEB6EF5" w14:textId="77777777" w:rsidTr="004F5A04">
        <w:tc>
          <w:tcPr>
            <w:tcW w:w="1560" w:type="dxa"/>
          </w:tcPr>
          <w:p w14:paraId="64397BD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</w:t>
            </w:r>
          </w:p>
        </w:tc>
        <w:tc>
          <w:tcPr>
            <w:tcW w:w="993" w:type="dxa"/>
          </w:tcPr>
          <w:p w14:paraId="0C50C30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6560</w:t>
            </w:r>
          </w:p>
        </w:tc>
        <w:tc>
          <w:tcPr>
            <w:tcW w:w="1417" w:type="dxa"/>
          </w:tcPr>
          <w:p w14:paraId="115751F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969" w:type="dxa"/>
          </w:tcPr>
          <w:p w14:paraId="5DF049D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 6 (prilagođeno)</w:t>
            </w:r>
          </w:p>
        </w:tc>
        <w:tc>
          <w:tcPr>
            <w:tcW w:w="2410" w:type="dxa"/>
          </w:tcPr>
          <w:p w14:paraId="664CD60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iz povijesti za šesti razred osnovne škole (prilagođeno za učenike s teškoćama u učenju)</w:t>
            </w:r>
          </w:p>
        </w:tc>
        <w:tc>
          <w:tcPr>
            <w:tcW w:w="3544" w:type="dxa"/>
          </w:tcPr>
          <w:p w14:paraId="2CBAC09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Birin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Tomislav Šarlija, Danijela Deković</w:t>
            </w:r>
          </w:p>
        </w:tc>
      </w:tr>
      <w:tr w:rsidR="001B3212" w:rsidRPr="00E54F8D" w14:paraId="684004C7" w14:textId="77777777" w:rsidTr="004F5A04">
        <w:tc>
          <w:tcPr>
            <w:tcW w:w="1560" w:type="dxa"/>
          </w:tcPr>
          <w:p w14:paraId="720C982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993" w:type="dxa"/>
          </w:tcPr>
          <w:p w14:paraId="6835E04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6541</w:t>
            </w:r>
          </w:p>
        </w:tc>
        <w:tc>
          <w:tcPr>
            <w:tcW w:w="1417" w:type="dxa"/>
          </w:tcPr>
          <w:p w14:paraId="75E9714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969" w:type="dxa"/>
          </w:tcPr>
          <w:p w14:paraId="17ABDC8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2 : udžbenik iz geografije za šesti razred osnovne škole</w:t>
            </w:r>
          </w:p>
        </w:tc>
        <w:tc>
          <w:tcPr>
            <w:tcW w:w="2410" w:type="dxa"/>
          </w:tcPr>
          <w:p w14:paraId="37380D2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7C5E1A9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Ivan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Gambiroža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Josip Jukić, Dinko Marin, Ana Mesić</w:t>
            </w:r>
          </w:p>
        </w:tc>
      </w:tr>
      <w:tr w:rsidR="001B3212" w:rsidRPr="00E54F8D" w14:paraId="77AB272A" w14:textId="77777777" w:rsidTr="004F5A04">
        <w:tc>
          <w:tcPr>
            <w:tcW w:w="1560" w:type="dxa"/>
          </w:tcPr>
          <w:p w14:paraId="7B0427D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993" w:type="dxa"/>
          </w:tcPr>
          <w:p w14:paraId="69799CB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6542</w:t>
            </w:r>
          </w:p>
        </w:tc>
        <w:tc>
          <w:tcPr>
            <w:tcW w:w="1417" w:type="dxa"/>
          </w:tcPr>
          <w:p w14:paraId="797D7C6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969" w:type="dxa"/>
          </w:tcPr>
          <w:p w14:paraId="5E19910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2 (prilagođeno)</w:t>
            </w:r>
          </w:p>
        </w:tc>
        <w:tc>
          <w:tcPr>
            <w:tcW w:w="2410" w:type="dxa"/>
          </w:tcPr>
          <w:p w14:paraId="15DD495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iz geografije za šesti razred osnovne škole (prilagođeno za učenike s teškoćama u učenju)</w:t>
            </w:r>
          </w:p>
        </w:tc>
        <w:tc>
          <w:tcPr>
            <w:tcW w:w="3544" w:type="dxa"/>
          </w:tcPr>
          <w:p w14:paraId="6553E80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Ivan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Gambiroža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Josip Jukić, Dinko Marin, Ana Mesić</w:t>
            </w:r>
          </w:p>
        </w:tc>
      </w:tr>
      <w:tr w:rsidR="001B3212" w:rsidRPr="00E54F8D" w14:paraId="5ACCD8C0" w14:textId="77777777" w:rsidTr="004F5A04">
        <w:tc>
          <w:tcPr>
            <w:tcW w:w="1560" w:type="dxa"/>
          </w:tcPr>
          <w:p w14:paraId="7C0A743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</w:t>
            </w:r>
          </w:p>
        </w:tc>
        <w:tc>
          <w:tcPr>
            <w:tcW w:w="993" w:type="dxa"/>
          </w:tcPr>
          <w:p w14:paraId="3819227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6914</w:t>
            </w:r>
          </w:p>
        </w:tc>
        <w:tc>
          <w:tcPr>
            <w:tcW w:w="1417" w:type="dxa"/>
          </w:tcPr>
          <w:p w14:paraId="374D24C0" w14:textId="254A5CF2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Profil</w:t>
            </w:r>
            <w:r w:rsidR="004F5A04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="004F5A04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25879F9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6 : udžbenik iz prirode za 6. razred osnovne škole</w:t>
            </w:r>
          </w:p>
        </w:tc>
        <w:tc>
          <w:tcPr>
            <w:tcW w:w="2410" w:type="dxa"/>
          </w:tcPr>
          <w:p w14:paraId="5F01FC0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6A2F98A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Biljana Agić, Sanja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Grbeš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Dubravka Karakaš, 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Lopac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Groš, Jasenka Meštrović</w:t>
            </w:r>
          </w:p>
        </w:tc>
      </w:tr>
      <w:tr w:rsidR="001B3212" w:rsidRPr="00E54F8D" w14:paraId="2D4A543E" w14:textId="77777777" w:rsidTr="004F5A04">
        <w:tc>
          <w:tcPr>
            <w:tcW w:w="1560" w:type="dxa"/>
          </w:tcPr>
          <w:p w14:paraId="7FA4275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</w:t>
            </w:r>
          </w:p>
        </w:tc>
        <w:tc>
          <w:tcPr>
            <w:tcW w:w="993" w:type="dxa"/>
          </w:tcPr>
          <w:p w14:paraId="5785725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6915</w:t>
            </w:r>
          </w:p>
        </w:tc>
        <w:tc>
          <w:tcPr>
            <w:tcW w:w="1417" w:type="dxa"/>
          </w:tcPr>
          <w:p w14:paraId="35816A79" w14:textId="7F61E7C3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Profil</w:t>
            </w:r>
            <w:r w:rsidR="004F5A04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="004F5A04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1D6C451D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PRIRODA 6 : radni udžbenik iz prirode za pomoć učenicima pri učenju prirode u šestom razredu osnovne škole</w:t>
            </w:r>
          </w:p>
          <w:p w14:paraId="40DE7421" w14:textId="3E74AF0C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</w:tcPr>
          <w:p w14:paraId="3119FD7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za učenike s teškoćama</w:t>
            </w:r>
          </w:p>
        </w:tc>
        <w:tc>
          <w:tcPr>
            <w:tcW w:w="3544" w:type="dxa"/>
          </w:tcPr>
          <w:p w14:paraId="4D1D922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Đurđica Ivančić, Gordana Kalanj Kraljević, Biljana Agić, Sanja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Grbeš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Dubravka Karakaš, 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Lopac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Groš, Jasenka Meštrović</w:t>
            </w:r>
          </w:p>
        </w:tc>
      </w:tr>
      <w:tr w:rsidR="001B3212" w:rsidRPr="00E54F8D" w14:paraId="67EE652F" w14:textId="77777777" w:rsidTr="004F5A04">
        <w:tc>
          <w:tcPr>
            <w:tcW w:w="1560" w:type="dxa"/>
          </w:tcPr>
          <w:p w14:paraId="178E9A5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Vjeronauk</w:t>
            </w:r>
          </w:p>
        </w:tc>
        <w:tc>
          <w:tcPr>
            <w:tcW w:w="993" w:type="dxa"/>
          </w:tcPr>
          <w:p w14:paraId="54C441A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6698</w:t>
            </w:r>
          </w:p>
        </w:tc>
        <w:tc>
          <w:tcPr>
            <w:tcW w:w="1417" w:type="dxa"/>
          </w:tcPr>
          <w:p w14:paraId="08170D5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Kršćanska sadašnjost</w:t>
            </w:r>
          </w:p>
        </w:tc>
        <w:tc>
          <w:tcPr>
            <w:tcW w:w="3969" w:type="dxa"/>
          </w:tcPr>
          <w:p w14:paraId="7767977F" w14:textId="0B6901D7" w:rsidR="00E54F8D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BIRAM SLOBODU: udžbenik za katolički vjeronauk šestoga razreda osnovne škole</w:t>
            </w:r>
          </w:p>
        </w:tc>
        <w:tc>
          <w:tcPr>
            <w:tcW w:w="2410" w:type="dxa"/>
          </w:tcPr>
          <w:p w14:paraId="5C2BDB9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19953F9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Mirjana Novak, Barbara Sipina</w:t>
            </w:r>
          </w:p>
        </w:tc>
      </w:tr>
      <w:tr w:rsidR="001B3212" w:rsidRPr="00E54F8D" w14:paraId="570D2019" w14:textId="77777777" w:rsidTr="004F5A04">
        <w:tc>
          <w:tcPr>
            <w:tcW w:w="1560" w:type="dxa"/>
          </w:tcPr>
          <w:p w14:paraId="3FAC9BD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Tehnička kultura</w:t>
            </w:r>
          </w:p>
        </w:tc>
        <w:tc>
          <w:tcPr>
            <w:tcW w:w="993" w:type="dxa"/>
          </w:tcPr>
          <w:p w14:paraId="5BE3197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6928</w:t>
            </w:r>
          </w:p>
        </w:tc>
        <w:tc>
          <w:tcPr>
            <w:tcW w:w="1417" w:type="dxa"/>
          </w:tcPr>
          <w:p w14:paraId="3254B0F7" w14:textId="576DEE41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Profil</w:t>
            </w:r>
            <w:r w:rsidR="004F5A04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="004F5A04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7615B93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TK 6 : udžbenik tehničke kulture za 6. razred osnovne škole</w:t>
            </w:r>
          </w:p>
        </w:tc>
        <w:tc>
          <w:tcPr>
            <w:tcW w:w="2410" w:type="dxa"/>
          </w:tcPr>
          <w:p w14:paraId="3A6E4EE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34D53C6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Leon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Zakanji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Tamara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Valčić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Mato Šimunović, Darko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Suman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Tome Kovačević, Ana Majić, Damir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Ereš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Ivo Tkalec, Dragan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Vlajinić</w:t>
            </w:r>
            <w:proofErr w:type="spellEnd"/>
          </w:p>
        </w:tc>
      </w:tr>
      <w:tr w:rsidR="001B3212" w:rsidRPr="00E54F8D" w14:paraId="43054F65" w14:textId="77777777" w:rsidTr="004F5A04">
        <w:tc>
          <w:tcPr>
            <w:tcW w:w="1560" w:type="dxa"/>
          </w:tcPr>
          <w:p w14:paraId="2D954D0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Informatika</w:t>
            </w:r>
          </w:p>
        </w:tc>
        <w:tc>
          <w:tcPr>
            <w:tcW w:w="993" w:type="dxa"/>
          </w:tcPr>
          <w:p w14:paraId="53B7E4B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6978</w:t>
            </w:r>
          </w:p>
        </w:tc>
        <w:tc>
          <w:tcPr>
            <w:tcW w:w="1417" w:type="dxa"/>
          </w:tcPr>
          <w:p w14:paraId="50CF54DE" w14:textId="078774F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</w:t>
            </w:r>
            <w:r w:rsidR="004F5A04">
              <w:rPr>
                <w:sz w:val="24"/>
                <w:szCs w:val="24"/>
                <w:lang w:val="hr-HR"/>
              </w:rPr>
              <w:t>kolska knjiga</w:t>
            </w:r>
          </w:p>
        </w:tc>
        <w:tc>
          <w:tcPr>
            <w:tcW w:w="3969" w:type="dxa"/>
          </w:tcPr>
          <w:p w14:paraId="3CF7AE8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#MOJPORTAL6 : udžbenik informatike u šestom razredu osnovne škole</w:t>
            </w:r>
          </w:p>
        </w:tc>
        <w:tc>
          <w:tcPr>
            <w:tcW w:w="2410" w:type="dxa"/>
          </w:tcPr>
          <w:p w14:paraId="04F0324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544" w:type="dxa"/>
          </w:tcPr>
          <w:p w14:paraId="0DC5026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Magdalena Babić, Nikolina Bubica, Stanko Leko, Zoran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Dimovski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Mario Stančić,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Ivana Ružić, Branko Vejnović</w:t>
            </w:r>
          </w:p>
        </w:tc>
      </w:tr>
    </w:tbl>
    <w:p w14:paraId="3DC3B527" w14:textId="2E471D36" w:rsidR="000A308B" w:rsidRPr="00E54F8D" w:rsidRDefault="000A308B">
      <w:pPr>
        <w:rPr>
          <w:sz w:val="24"/>
          <w:szCs w:val="24"/>
          <w:lang w:val="hr-HR"/>
        </w:rPr>
      </w:pPr>
    </w:p>
    <w:p w14:paraId="79386D31" w14:textId="77777777" w:rsidR="00E27191" w:rsidRPr="00E54F8D" w:rsidRDefault="00E27191">
      <w:pPr>
        <w:rPr>
          <w:sz w:val="24"/>
          <w:szCs w:val="24"/>
          <w:lang w:val="hr-HR"/>
        </w:rPr>
      </w:pPr>
    </w:p>
    <w:p w14:paraId="18095C62" w14:textId="77777777" w:rsidR="009E767E" w:rsidRPr="00E54F8D" w:rsidRDefault="009E767E">
      <w:pPr>
        <w:rPr>
          <w:sz w:val="24"/>
          <w:szCs w:val="24"/>
          <w:lang w:val="hr-HR"/>
        </w:rPr>
      </w:pPr>
    </w:p>
    <w:tbl>
      <w:tblPr>
        <w:tblStyle w:val="Reetkatablice"/>
        <w:tblW w:w="138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1559"/>
        <w:gridCol w:w="2977"/>
        <w:gridCol w:w="3402"/>
        <w:gridCol w:w="3402"/>
      </w:tblGrid>
      <w:tr w:rsidR="000A308B" w:rsidRPr="00E54F8D" w14:paraId="70956876" w14:textId="77777777" w:rsidTr="00E54F8D">
        <w:tc>
          <w:tcPr>
            <w:tcW w:w="13893" w:type="dxa"/>
            <w:gridSpan w:val="6"/>
          </w:tcPr>
          <w:p w14:paraId="3A29CC75" w14:textId="77777777" w:rsidR="000A308B" w:rsidRPr="00E54F8D" w:rsidRDefault="007C7D70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Sedmi razred</w:t>
            </w:r>
          </w:p>
        </w:tc>
      </w:tr>
      <w:tr w:rsidR="001B3212" w:rsidRPr="00E54F8D" w14:paraId="574CCA9A" w14:textId="77777777" w:rsidTr="004F5A04">
        <w:tc>
          <w:tcPr>
            <w:tcW w:w="1560" w:type="dxa"/>
          </w:tcPr>
          <w:p w14:paraId="2ED56D68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993" w:type="dxa"/>
          </w:tcPr>
          <w:p w14:paraId="4CD2F00B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559" w:type="dxa"/>
          </w:tcPr>
          <w:p w14:paraId="534FB7DA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2977" w:type="dxa"/>
          </w:tcPr>
          <w:p w14:paraId="344D0894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3402" w:type="dxa"/>
          </w:tcPr>
          <w:p w14:paraId="0A4EDC34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3402" w:type="dxa"/>
          </w:tcPr>
          <w:p w14:paraId="0E62607B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1B3212" w:rsidRPr="00E54F8D" w14:paraId="065C5A6A" w14:textId="77777777" w:rsidTr="004F5A04">
        <w:tc>
          <w:tcPr>
            <w:tcW w:w="1560" w:type="dxa"/>
          </w:tcPr>
          <w:p w14:paraId="3805604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993" w:type="dxa"/>
          </w:tcPr>
          <w:p w14:paraId="414B073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6745</w:t>
            </w:r>
          </w:p>
        </w:tc>
        <w:tc>
          <w:tcPr>
            <w:tcW w:w="1559" w:type="dxa"/>
          </w:tcPr>
          <w:p w14:paraId="766196A2" w14:textId="475B9D5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Naklada Ljevak </w:t>
            </w:r>
          </w:p>
        </w:tc>
        <w:tc>
          <w:tcPr>
            <w:tcW w:w="2977" w:type="dxa"/>
          </w:tcPr>
          <w:p w14:paraId="18DCBF2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HRVATSKA ČITANKA 7</w:t>
            </w:r>
          </w:p>
        </w:tc>
        <w:tc>
          <w:tcPr>
            <w:tcW w:w="3402" w:type="dxa"/>
          </w:tcPr>
          <w:p w14:paraId="679D65F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 - čitanka za 7. razred osnovne škole</w:t>
            </w:r>
          </w:p>
        </w:tc>
        <w:tc>
          <w:tcPr>
            <w:tcW w:w="3402" w:type="dxa"/>
          </w:tcPr>
          <w:p w14:paraId="1C5DED8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Mirjana Jukić, Slavica Kovač, Iverka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Kraševac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Dubravka Težak, Martina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Tunuković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Martina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Valec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-Rebić</w:t>
            </w:r>
          </w:p>
        </w:tc>
      </w:tr>
      <w:tr w:rsidR="001B3212" w:rsidRPr="00E54F8D" w14:paraId="537FA033" w14:textId="77777777" w:rsidTr="004F5A04">
        <w:tc>
          <w:tcPr>
            <w:tcW w:w="1560" w:type="dxa"/>
          </w:tcPr>
          <w:p w14:paraId="20054CA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993" w:type="dxa"/>
          </w:tcPr>
          <w:p w14:paraId="0659983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6746</w:t>
            </w:r>
          </w:p>
        </w:tc>
        <w:tc>
          <w:tcPr>
            <w:tcW w:w="1559" w:type="dxa"/>
          </w:tcPr>
          <w:p w14:paraId="3630C2F5" w14:textId="1FDF0781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Naklada Ljevak </w:t>
            </w:r>
          </w:p>
        </w:tc>
        <w:tc>
          <w:tcPr>
            <w:tcW w:w="2977" w:type="dxa"/>
          </w:tcPr>
          <w:p w14:paraId="07B3F01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HRVATSKA KRIJESNICA 7</w:t>
            </w:r>
          </w:p>
        </w:tc>
        <w:tc>
          <w:tcPr>
            <w:tcW w:w="3402" w:type="dxa"/>
          </w:tcPr>
          <w:p w14:paraId="1D0EA05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iz hrvatskoga jezika za 7. razred osnovne škole</w:t>
            </w:r>
          </w:p>
        </w:tc>
        <w:tc>
          <w:tcPr>
            <w:tcW w:w="3402" w:type="dxa"/>
          </w:tcPr>
          <w:p w14:paraId="5528DD8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Slavica Kovač, Mirjana Jukić</w:t>
            </w:r>
          </w:p>
        </w:tc>
      </w:tr>
      <w:tr w:rsidR="001B3212" w:rsidRPr="00E54F8D" w14:paraId="7D11C0D7" w14:textId="77777777" w:rsidTr="004F5A04">
        <w:tc>
          <w:tcPr>
            <w:tcW w:w="1560" w:type="dxa"/>
          </w:tcPr>
          <w:p w14:paraId="6231939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993" w:type="dxa"/>
          </w:tcPr>
          <w:p w14:paraId="20353559" w14:textId="77777777" w:rsidR="00E27191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7142 </w:t>
            </w:r>
          </w:p>
          <w:p w14:paraId="6EC4AE86" w14:textId="77777777" w:rsidR="00E27191" w:rsidRPr="00E54F8D" w:rsidRDefault="00E27191">
            <w:pPr>
              <w:rPr>
                <w:sz w:val="24"/>
                <w:szCs w:val="24"/>
                <w:lang w:val="hr-HR"/>
              </w:rPr>
            </w:pPr>
          </w:p>
          <w:p w14:paraId="2A8638DB" w14:textId="77777777" w:rsidR="004F5A04" w:rsidRDefault="004F5A04">
            <w:pPr>
              <w:rPr>
                <w:sz w:val="24"/>
                <w:szCs w:val="24"/>
                <w:lang w:val="hr-HR"/>
              </w:rPr>
            </w:pPr>
          </w:p>
          <w:p w14:paraId="02009210" w14:textId="77777777" w:rsidR="004F5A04" w:rsidRDefault="004F5A04">
            <w:pPr>
              <w:rPr>
                <w:sz w:val="24"/>
                <w:szCs w:val="24"/>
                <w:lang w:val="hr-HR"/>
              </w:rPr>
            </w:pPr>
          </w:p>
          <w:p w14:paraId="22F76072" w14:textId="7A3FF0AA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7143</w:t>
            </w:r>
          </w:p>
        </w:tc>
        <w:tc>
          <w:tcPr>
            <w:tcW w:w="1559" w:type="dxa"/>
          </w:tcPr>
          <w:p w14:paraId="073BBA6D" w14:textId="5A122EC2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7" w:type="dxa"/>
          </w:tcPr>
          <w:p w14:paraId="196BA63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7</w:t>
            </w:r>
          </w:p>
        </w:tc>
        <w:tc>
          <w:tcPr>
            <w:tcW w:w="3402" w:type="dxa"/>
          </w:tcPr>
          <w:p w14:paraId="5D27FB11" w14:textId="61D7A1E7" w:rsidR="00E27191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MATEMATIKA 7 : udžbenik matematike za sedmi razred osnovne škole, 1. svezak </w:t>
            </w:r>
          </w:p>
          <w:p w14:paraId="286AF5E2" w14:textId="77777777" w:rsidR="00E27191" w:rsidRPr="00E54F8D" w:rsidRDefault="00E27191">
            <w:pPr>
              <w:rPr>
                <w:sz w:val="24"/>
                <w:szCs w:val="24"/>
                <w:lang w:val="hr-HR"/>
              </w:rPr>
            </w:pPr>
          </w:p>
          <w:p w14:paraId="51D5464E" w14:textId="4AA954D3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7 : udžbenik matematike za sedmi razred osnovne škole, 2. svezak</w:t>
            </w:r>
          </w:p>
        </w:tc>
        <w:tc>
          <w:tcPr>
            <w:tcW w:w="3402" w:type="dxa"/>
          </w:tcPr>
          <w:p w14:paraId="7DF6F77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Z. Šikić, V. Draženović Žitko, I.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Golac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Jakopović, B. Goleš, Z. Lobor, M. Marić, T.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Nemeth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G.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Stajčić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M. Vuković</w:t>
            </w:r>
          </w:p>
        </w:tc>
      </w:tr>
      <w:tr w:rsidR="001B3212" w:rsidRPr="00E54F8D" w14:paraId="539ED00B" w14:textId="77777777" w:rsidTr="004F5A04">
        <w:tc>
          <w:tcPr>
            <w:tcW w:w="1560" w:type="dxa"/>
          </w:tcPr>
          <w:p w14:paraId="2D1FF69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Matematika</w:t>
            </w:r>
          </w:p>
        </w:tc>
        <w:tc>
          <w:tcPr>
            <w:tcW w:w="993" w:type="dxa"/>
          </w:tcPr>
          <w:p w14:paraId="5A9279F0" w14:textId="394F129B" w:rsidR="00E27191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7146 </w:t>
            </w:r>
          </w:p>
          <w:p w14:paraId="1CB369F1" w14:textId="77777777" w:rsidR="00E27191" w:rsidRPr="00E54F8D" w:rsidRDefault="00E27191">
            <w:pPr>
              <w:rPr>
                <w:sz w:val="24"/>
                <w:szCs w:val="24"/>
                <w:lang w:val="hr-HR"/>
              </w:rPr>
            </w:pPr>
          </w:p>
          <w:p w14:paraId="3E43A359" w14:textId="29898B58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7147</w:t>
            </w:r>
          </w:p>
        </w:tc>
        <w:tc>
          <w:tcPr>
            <w:tcW w:w="1559" w:type="dxa"/>
          </w:tcPr>
          <w:p w14:paraId="43DE526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2977" w:type="dxa"/>
          </w:tcPr>
          <w:p w14:paraId="430C987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7</w:t>
            </w:r>
          </w:p>
        </w:tc>
        <w:tc>
          <w:tcPr>
            <w:tcW w:w="3402" w:type="dxa"/>
          </w:tcPr>
          <w:p w14:paraId="554276B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radni udžbenik za pomoć učenicima pri učenju matematike, 1. i 2. svezak</w:t>
            </w:r>
          </w:p>
        </w:tc>
        <w:tc>
          <w:tcPr>
            <w:tcW w:w="3402" w:type="dxa"/>
          </w:tcPr>
          <w:p w14:paraId="71D0D74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proofErr w:type="spellStart"/>
            <w:r w:rsidRPr="00E54F8D">
              <w:rPr>
                <w:sz w:val="24"/>
                <w:szCs w:val="24"/>
                <w:lang w:val="hr-HR"/>
              </w:rPr>
              <w:t>Z.Šikić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N. Ostojić, Ž.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Mikulan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V. Draženović Žitko, I.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Golac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Jakopović, B. Goleš, Z. Lobor, M. Marić, T.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Nemeth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G.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Stajčić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M. Vuković</w:t>
            </w:r>
          </w:p>
        </w:tc>
      </w:tr>
      <w:tr w:rsidR="001B3212" w:rsidRPr="00E54F8D" w14:paraId="2F7C0B04" w14:textId="77777777" w:rsidTr="004F5A04">
        <w:tc>
          <w:tcPr>
            <w:tcW w:w="1560" w:type="dxa"/>
          </w:tcPr>
          <w:p w14:paraId="0EA00B5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Engleski jezik</w:t>
            </w:r>
          </w:p>
        </w:tc>
        <w:tc>
          <w:tcPr>
            <w:tcW w:w="993" w:type="dxa"/>
          </w:tcPr>
          <w:p w14:paraId="2CDFDE2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6852</w:t>
            </w:r>
          </w:p>
        </w:tc>
        <w:tc>
          <w:tcPr>
            <w:tcW w:w="1559" w:type="dxa"/>
          </w:tcPr>
          <w:p w14:paraId="235B2876" w14:textId="55BE8E73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7" w:type="dxa"/>
          </w:tcPr>
          <w:p w14:paraId="7B2BEE9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HELLO, WORLD!</w:t>
            </w:r>
          </w:p>
        </w:tc>
        <w:tc>
          <w:tcPr>
            <w:tcW w:w="3402" w:type="dxa"/>
          </w:tcPr>
          <w:p w14:paraId="664FFE4C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engleskog jezika za sedmi razred osnovne škole, sedma godina učenja</w:t>
            </w:r>
          </w:p>
          <w:p w14:paraId="5F6DDC44" w14:textId="5C87F1B1" w:rsidR="0048005F" w:rsidRPr="00E54F8D" w:rsidRDefault="0048005F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14A817D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Sanja Božinović, Snježana Pavić, Mia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Šavrljuga</w:t>
            </w:r>
            <w:proofErr w:type="spellEnd"/>
          </w:p>
        </w:tc>
      </w:tr>
      <w:tr w:rsidR="001B3212" w:rsidRPr="00E54F8D" w14:paraId="37927E4C" w14:textId="77777777" w:rsidTr="004F5A04">
        <w:tc>
          <w:tcPr>
            <w:tcW w:w="1560" w:type="dxa"/>
          </w:tcPr>
          <w:p w14:paraId="44BF522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Glazbena kultura</w:t>
            </w:r>
          </w:p>
        </w:tc>
        <w:tc>
          <w:tcPr>
            <w:tcW w:w="993" w:type="dxa"/>
          </w:tcPr>
          <w:p w14:paraId="7ABF506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6982</w:t>
            </w:r>
          </w:p>
        </w:tc>
        <w:tc>
          <w:tcPr>
            <w:tcW w:w="1559" w:type="dxa"/>
          </w:tcPr>
          <w:p w14:paraId="187C35AB" w14:textId="70E84EB7" w:rsidR="001B3212" w:rsidRPr="00E54F8D" w:rsidRDefault="004F5A0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2977" w:type="dxa"/>
          </w:tcPr>
          <w:p w14:paraId="7023A81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ALLEGRO 7</w:t>
            </w:r>
          </w:p>
        </w:tc>
        <w:tc>
          <w:tcPr>
            <w:tcW w:w="3402" w:type="dxa"/>
          </w:tcPr>
          <w:p w14:paraId="22F3E1A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glazbene kulture s dodatnim digitalnim sadržajima u sedmome razredu osnovne škole</w:t>
            </w:r>
          </w:p>
        </w:tc>
        <w:tc>
          <w:tcPr>
            <w:tcW w:w="3402" w:type="dxa"/>
          </w:tcPr>
          <w:p w14:paraId="0123B9B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Natalija Banov, Davor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Brđanović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Sandra Frančišković, Sandra Ivančić, Eva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Kirchmayer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Bilić, Alenka Martinović, Darko Novosel, Tomislav Pehar</w:t>
            </w:r>
          </w:p>
        </w:tc>
      </w:tr>
      <w:tr w:rsidR="001B3212" w:rsidRPr="00E54F8D" w14:paraId="5B94FBB3" w14:textId="77777777" w:rsidTr="004F5A04">
        <w:tc>
          <w:tcPr>
            <w:tcW w:w="1560" w:type="dxa"/>
          </w:tcPr>
          <w:p w14:paraId="0A04040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Likovna kultura</w:t>
            </w:r>
          </w:p>
        </w:tc>
        <w:tc>
          <w:tcPr>
            <w:tcW w:w="993" w:type="dxa"/>
          </w:tcPr>
          <w:p w14:paraId="571C236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7064</w:t>
            </w:r>
          </w:p>
        </w:tc>
        <w:tc>
          <w:tcPr>
            <w:tcW w:w="1559" w:type="dxa"/>
          </w:tcPr>
          <w:p w14:paraId="6D87784A" w14:textId="1449AB95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2977" w:type="dxa"/>
          </w:tcPr>
          <w:p w14:paraId="011EA67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MOJE BOJE 7</w:t>
            </w:r>
          </w:p>
        </w:tc>
        <w:tc>
          <w:tcPr>
            <w:tcW w:w="3402" w:type="dxa"/>
          </w:tcPr>
          <w:p w14:paraId="75A9F245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likovne kulture s dodatnim digitalnim sadržajima u sedmom razredu osnovne škole</w:t>
            </w:r>
          </w:p>
          <w:p w14:paraId="0FE51F8A" w14:textId="25DBA086" w:rsidR="0048005F" w:rsidRPr="00E54F8D" w:rsidRDefault="0048005F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63F7B1B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Miroslav Huzjak, Kristina Horvat-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Blažinović</w:t>
            </w:r>
            <w:proofErr w:type="spellEnd"/>
          </w:p>
        </w:tc>
      </w:tr>
      <w:tr w:rsidR="001B3212" w:rsidRPr="00E54F8D" w14:paraId="1315F00B" w14:textId="77777777" w:rsidTr="004F5A04">
        <w:tc>
          <w:tcPr>
            <w:tcW w:w="1560" w:type="dxa"/>
          </w:tcPr>
          <w:p w14:paraId="7D88F14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</w:t>
            </w:r>
          </w:p>
        </w:tc>
        <w:tc>
          <w:tcPr>
            <w:tcW w:w="993" w:type="dxa"/>
          </w:tcPr>
          <w:p w14:paraId="099DC05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6004</w:t>
            </w:r>
          </w:p>
        </w:tc>
        <w:tc>
          <w:tcPr>
            <w:tcW w:w="1559" w:type="dxa"/>
          </w:tcPr>
          <w:p w14:paraId="03E860EA" w14:textId="05DE610F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2977" w:type="dxa"/>
          </w:tcPr>
          <w:p w14:paraId="04DA90E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 OKO NAS 7</w:t>
            </w:r>
          </w:p>
        </w:tc>
        <w:tc>
          <w:tcPr>
            <w:tcW w:w="3402" w:type="dxa"/>
          </w:tcPr>
          <w:p w14:paraId="4D9B3398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fizike s dodatnim digitalnim sadržajima u sedmom razredu osnovne škole</w:t>
            </w:r>
          </w:p>
          <w:p w14:paraId="4FF6BC79" w14:textId="13C026BF" w:rsidR="0048005F" w:rsidRPr="00E54F8D" w:rsidRDefault="0048005F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47A948C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Vladimir Paar, Sanja Martinko, Tanja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Ćulibrk</w:t>
            </w:r>
            <w:proofErr w:type="spellEnd"/>
          </w:p>
        </w:tc>
      </w:tr>
      <w:tr w:rsidR="001B3212" w:rsidRPr="00E54F8D" w14:paraId="047EAC80" w14:textId="77777777" w:rsidTr="004F5A04">
        <w:tc>
          <w:tcPr>
            <w:tcW w:w="1560" w:type="dxa"/>
          </w:tcPr>
          <w:p w14:paraId="4BA6A2A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</w:t>
            </w:r>
          </w:p>
        </w:tc>
        <w:tc>
          <w:tcPr>
            <w:tcW w:w="993" w:type="dxa"/>
          </w:tcPr>
          <w:p w14:paraId="52BA8D2D" w14:textId="46138624" w:rsidR="001B3212" w:rsidRPr="00E54F8D" w:rsidRDefault="00271D8C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7958</w:t>
            </w:r>
          </w:p>
        </w:tc>
        <w:tc>
          <w:tcPr>
            <w:tcW w:w="1559" w:type="dxa"/>
          </w:tcPr>
          <w:p w14:paraId="59C6CD2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2977" w:type="dxa"/>
          </w:tcPr>
          <w:p w14:paraId="3AB8B71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 OKO NAS 7</w:t>
            </w:r>
          </w:p>
        </w:tc>
        <w:tc>
          <w:tcPr>
            <w:tcW w:w="3402" w:type="dxa"/>
          </w:tcPr>
          <w:p w14:paraId="528AEC0F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za pomoć u učenju fizike u sedmom razredu osnovne škole</w:t>
            </w:r>
          </w:p>
          <w:p w14:paraId="5B54E577" w14:textId="56172FA0" w:rsidR="0048005F" w:rsidRPr="00E54F8D" w:rsidRDefault="0048005F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62F3E696" w14:textId="370CA3A2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Sanja Martinko</w:t>
            </w:r>
            <w:r w:rsidR="004F5A04">
              <w:rPr>
                <w:sz w:val="24"/>
                <w:szCs w:val="24"/>
                <w:lang w:val="hr-HR"/>
              </w:rPr>
              <w:t xml:space="preserve">, </w:t>
            </w:r>
            <w:r w:rsidRPr="00E54F8D">
              <w:rPr>
                <w:sz w:val="24"/>
                <w:szCs w:val="24"/>
                <w:lang w:val="hr-HR"/>
              </w:rPr>
              <w:t xml:space="preserve">Tanja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Ćulibrk</w:t>
            </w:r>
            <w:proofErr w:type="spellEnd"/>
          </w:p>
        </w:tc>
      </w:tr>
      <w:tr w:rsidR="001B3212" w:rsidRPr="00E54F8D" w14:paraId="418B82D4" w14:textId="77777777" w:rsidTr="004F5A04">
        <w:tc>
          <w:tcPr>
            <w:tcW w:w="1560" w:type="dxa"/>
          </w:tcPr>
          <w:p w14:paraId="0AAC5AA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Kemija</w:t>
            </w:r>
          </w:p>
        </w:tc>
        <w:tc>
          <w:tcPr>
            <w:tcW w:w="993" w:type="dxa"/>
          </w:tcPr>
          <w:p w14:paraId="111F973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6090</w:t>
            </w:r>
          </w:p>
        </w:tc>
        <w:tc>
          <w:tcPr>
            <w:tcW w:w="1559" w:type="dxa"/>
          </w:tcPr>
          <w:p w14:paraId="03F7B4FA" w14:textId="58EF24D1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2977" w:type="dxa"/>
          </w:tcPr>
          <w:p w14:paraId="50E6988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KEMIJA 7</w:t>
            </w:r>
          </w:p>
        </w:tc>
        <w:tc>
          <w:tcPr>
            <w:tcW w:w="3402" w:type="dxa"/>
          </w:tcPr>
          <w:p w14:paraId="3977999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kemije za sedmi razred osnovne škole</w:t>
            </w:r>
          </w:p>
        </w:tc>
        <w:tc>
          <w:tcPr>
            <w:tcW w:w="3402" w:type="dxa"/>
          </w:tcPr>
          <w:p w14:paraId="3C4B0D9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Tamara Banović, Karmen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Holenda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Sandra Lacić, Elvira Kovač-Andrić, Nikolina Štiglić</w:t>
            </w:r>
          </w:p>
        </w:tc>
      </w:tr>
      <w:tr w:rsidR="001B3212" w:rsidRPr="00E54F8D" w14:paraId="43EB42DB" w14:textId="77777777" w:rsidTr="004F5A04">
        <w:tc>
          <w:tcPr>
            <w:tcW w:w="1560" w:type="dxa"/>
          </w:tcPr>
          <w:p w14:paraId="2026D81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Njemački jezik</w:t>
            </w:r>
          </w:p>
        </w:tc>
        <w:tc>
          <w:tcPr>
            <w:tcW w:w="993" w:type="dxa"/>
          </w:tcPr>
          <w:p w14:paraId="0D3D5C8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6894</w:t>
            </w:r>
          </w:p>
        </w:tc>
        <w:tc>
          <w:tcPr>
            <w:tcW w:w="1559" w:type="dxa"/>
          </w:tcPr>
          <w:p w14:paraId="06135CEC" w14:textId="1ECF255E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7" w:type="dxa"/>
          </w:tcPr>
          <w:p w14:paraId="2FE06DD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MAXIMAL 4</w:t>
            </w:r>
          </w:p>
        </w:tc>
        <w:tc>
          <w:tcPr>
            <w:tcW w:w="3402" w:type="dxa"/>
          </w:tcPr>
          <w:p w14:paraId="4FE30CC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njemačkoga jezika za sedmi razred osnovne škole, četvrta godina učenja</w:t>
            </w:r>
          </w:p>
        </w:tc>
        <w:tc>
          <w:tcPr>
            <w:tcW w:w="3402" w:type="dxa"/>
          </w:tcPr>
          <w:p w14:paraId="546EEEA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Giorgio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Motta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Elzbieta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Krulak-Kempisty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Dagmar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Glück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Kerstin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Reinke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Mirjana Klobučar</w:t>
            </w:r>
          </w:p>
        </w:tc>
      </w:tr>
      <w:tr w:rsidR="001B3212" w:rsidRPr="00E54F8D" w14:paraId="4AA2FB41" w14:textId="77777777" w:rsidTr="004F5A04">
        <w:tc>
          <w:tcPr>
            <w:tcW w:w="1560" w:type="dxa"/>
          </w:tcPr>
          <w:p w14:paraId="3370A39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Biologija</w:t>
            </w:r>
          </w:p>
        </w:tc>
        <w:tc>
          <w:tcPr>
            <w:tcW w:w="993" w:type="dxa"/>
          </w:tcPr>
          <w:p w14:paraId="03410ED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5977</w:t>
            </w:r>
          </w:p>
        </w:tc>
        <w:tc>
          <w:tcPr>
            <w:tcW w:w="1559" w:type="dxa"/>
          </w:tcPr>
          <w:p w14:paraId="71E2CA95" w14:textId="27F66C88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</w:t>
            </w:r>
            <w:r w:rsidR="004F5A04">
              <w:rPr>
                <w:sz w:val="24"/>
                <w:szCs w:val="24"/>
                <w:lang w:val="hr-HR"/>
              </w:rPr>
              <w:t>lfa</w:t>
            </w:r>
          </w:p>
        </w:tc>
        <w:tc>
          <w:tcPr>
            <w:tcW w:w="2977" w:type="dxa"/>
          </w:tcPr>
          <w:p w14:paraId="2482A1B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BIOLOGIJA 7 : udžbenik iz biologije za sedmi razred osnovne škole</w:t>
            </w:r>
          </w:p>
        </w:tc>
        <w:tc>
          <w:tcPr>
            <w:tcW w:w="3402" w:type="dxa"/>
          </w:tcPr>
          <w:p w14:paraId="4283473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402" w:type="dxa"/>
          </w:tcPr>
          <w:p w14:paraId="414F0ED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Valerija Begić, Marijana Bastić, Ana Bakarić, Bernarda Kralj Golub, Julijana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Madaj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Prpić</w:t>
            </w:r>
          </w:p>
        </w:tc>
      </w:tr>
      <w:tr w:rsidR="001B3212" w:rsidRPr="00E54F8D" w14:paraId="133E072E" w14:textId="77777777" w:rsidTr="004F5A04">
        <w:tc>
          <w:tcPr>
            <w:tcW w:w="1560" w:type="dxa"/>
          </w:tcPr>
          <w:p w14:paraId="698DCB1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Biologija</w:t>
            </w:r>
          </w:p>
        </w:tc>
        <w:tc>
          <w:tcPr>
            <w:tcW w:w="993" w:type="dxa"/>
          </w:tcPr>
          <w:p w14:paraId="7FB559C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5976</w:t>
            </w:r>
          </w:p>
        </w:tc>
        <w:tc>
          <w:tcPr>
            <w:tcW w:w="1559" w:type="dxa"/>
          </w:tcPr>
          <w:p w14:paraId="6B42A72C" w14:textId="07CA135D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</w:t>
            </w:r>
            <w:r w:rsidR="004F5A04">
              <w:rPr>
                <w:sz w:val="24"/>
                <w:szCs w:val="24"/>
                <w:lang w:val="hr-HR"/>
              </w:rPr>
              <w:t>lfa</w:t>
            </w:r>
          </w:p>
        </w:tc>
        <w:tc>
          <w:tcPr>
            <w:tcW w:w="2977" w:type="dxa"/>
          </w:tcPr>
          <w:p w14:paraId="7714288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BIOLOGIJA 7 : radni udžbenik iz biologije za sedmi razred osnovne škole (za učenike kojima je određen primjereni program osnovnog odgoja i obrazovanja)</w:t>
            </w:r>
          </w:p>
        </w:tc>
        <w:tc>
          <w:tcPr>
            <w:tcW w:w="3402" w:type="dxa"/>
          </w:tcPr>
          <w:p w14:paraId="5B63083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radni udžbenik</w:t>
            </w:r>
          </w:p>
        </w:tc>
        <w:tc>
          <w:tcPr>
            <w:tcW w:w="3402" w:type="dxa"/>
          </w:tcPr>
          <w:p w14:paraId="013F5C6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Valerija Begić, Marijana Bastić, Ana Bakarić, Bernarda Kralj Golub, Julijana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Madaj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Prpić</w:t>
            </w:r>
          </w:p>
        </w:tc>
      </w:tr>
      <w:tr w:rsidR="001B3212" w:rsidRPr="00E54F8D" w14:paraId="01CE9906" w14:textId="77777777" w:rsidTr="004F5A04">
        <w:tc>
          <w:tcPr>
            <w:tcW w:w="1560" w:type="dxa"/>
          </w:tcPr>
          <w:p w14:paraId="4DA627D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993" w:type="dxa"/>
          </w:tcPr>
          <w:p w14:paraId="7A52F21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7272</w:t>
            </w:r>
          </w:p>
        </w:tc>
        <w:tc>
          <w:tcPr>
            <w:tcW w:w="1559" w:type="dxa"/>
          </w:tcPr>
          <w:p w14:paraId="5B1E42C8" w14:textId="3FB579ED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Alfa </w:t>
            </w:r>
          </w:p>
        </w:tc>
        <w:tc>
          <w:tcPr>
            <w:tcW w:w="2977" w:type="dxa"/>
          </w:tcPr>
          <w:p w14:paraId="32F4D82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3</w:t>
            </w:r>
          </w:p>
        </w:tc>
        <w:tc>
          <w:tcPr>
            <w:tcW w:w="3402" w:type="dxa"/>
          </w:tcPr>
          <w:p w14:paraId="761661A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za 7. razred osnovne škole</w:t>
            </w:r>
          </w:p>
        </w:tc>
        <w:tc>
          <w:tcPr>
            <w:tcW w:w="3402" w:type="dxa"/>
          </w:tcPr>
          <w:p w14:paraId="53AC668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Kožul, Silvija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Krpes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Krunslav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Samardžić, Milan Vukelić</w:t>
            </w:r>
          </w:p>
        </w:tc>
      </w:tr>
      <w:tr w:rsidR="001B3212" w:rsidRPr="00E54F8D" w14:paraId="7EAFF503" w14:textId="77777777" w:rsidTr="004F5A04">
        <w:tc>
          <w:tcPr>
            <w:tcW w:w="1560" w:type="dxa"/>
          </w:tcPr>
          <w:p w14:paraId="6DD13C1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993" w:type="dxa"/>
          </w:tcPr>
          <w:p w14:paraId="0EFA3D8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7273</w:t>
            </w:r>
          </w:p>
        </w:tc>
        <w:tc>
          <w:tcPr>
            <w:tcW w:w="1559" w:type="dxa"/>
          </w:tcPr>
          <w:p w14:paraId="31185837" w14:textId="47C56FCE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2977" w:type="dxa"/>
          </w:tcPr>
          <w:p w14:paraId="0DFCF17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3 / (prilagođeno)</w:t>
            </w:r>
          </w:p>
        </w:tc>
        <w:tc>
          <w:tcPr>
            <w:tcW w:w="3402" w:type="dxa"/>
          </w:tcPr>
          <w:p w14:paraId="21656060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iz geografije za sedmi razred osnovne škole (prilagođeno za učenike s teškoćama u učenju)</w:t>
            </w:r>
          </w:p>
          <w:p w14:paraId="3BC89157" w14:textId="368EDA9C" w:rsidR="0048005F" w:rsidRPr="00E54F8D" w:rsidRDefault="0048005F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187C7D0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Kožul, Silvija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Krpes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Krunoslav Samardžić, Milan Vukelić</w:t>
            </w:r>
          </w:p>
        </w:tc>
      </w:tr>
      <w:tr w:rsidR="001B3212" w:rsidRPr="00E54F8D" w14:paraId="13039C65" w14:textId="77777777" w:rsidTr="004F5A04">
        <w:tc>
          <w:tcPr>
            <w:tcW w:w="1560" w:type="dxa"/>
          </w:tcPr>
          <w:p w14:paraId="3F57696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</w:t>
            </w:r>
          </w:p>
        </w:tc>
        <w:tc>
          <w:tcPr>
            <w:tcW w:w="993" w:type="dxa"/>
          </w:tcPr>
          <w:p w14:paraId="177465D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6936</w:t>
            </w:r>
          </w:p>
        </w:tc>
        <w:tc>
          <w:tcPr>
            <w:tcW w:w="1559" w:type="dxa"/>
          </w:tcPr>
          <w:p w14:paraId="6773005B" w14:textId="4367B5BF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7" w:type="dxa"/>
          </w:tcPr>
          <w:p w14:paraId="41E17F7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VREMEPLOV 7</w:t>
            </w:r>
          </w:p>
        </w:tc>
        <w:tc>
          <w:tcPr>
            <w:tcW w:w="3402" w:type="dxa"/>
          </w:tcPr>
          <w:p w14:paraId="02E310D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povijesti za sedmi razred osnovne škole</w:t>
            </w:r>
          </w:p>
        </w:tc>
        <w:tc>
          <w:tcPr>
            <w:tcW w:w="3402" w:type="dxa"/>
          </w:tcPr>
          <w:p w14:paraId="5C097BB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Igor Despot, Gordana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Frol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Miljenko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Hajdarović</w:t>
            </w:r>
            <w:proofErr w:type="spellEnd"/>
          </w:p>
        </w:tc>
      </w:tr>
      <w:tr w:rsidR="001B3212" w:rsidRPr="00E54F8D" w14:paraId="566BAB84" w14:textId="77777777" w:rsidTr="004F5A04">
        <w:tc>
          <w:tcPr>
            <w:tcW w:w="1560" w:type="dxa"/>
          </w:tcPr>
          <w:p w14:paraId="0C938BE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</w:t>
            </w:r>
          </w:p>
        </w:tc>
        <w:tc>
          <w:tcPr>
            <w:tcW w:w="993" w:type="dxa"/>
          </w:tcPr>
          <w:p w14:paraId="136B2C7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6937</w:t>
            </w:r>
          </w:p>
        </w:tc>
        <w:tc>
          <w:tcPr>
            <w:tcW w:w="1559" w:type="dxa"/>
          </w:tcPr>
          <w:p w14:paraId="1196456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2977" w:type="dxa"/>
          </w:tcPr>
          <w:p w14:paraId="4CF218C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VREMEPLOV 7</w:t>
            </w:r>
          </w:p>
        </w:tc>
        <w:tc>
          <w:tcPr>
            <w:tcW w:w="3402" w:type="dxa"/>
          </w:tcPr>
          <w:p w14:paraId="2BC17472" w14:textId="77777777" w:rsidR="001B3212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za pomoć učenicima pri učenju povijesti u sedmom razredu osnovne škole</w:t>
            </w:r>
          </w:p>
          <w:p w14:paraId="7EAE3EC5" w14:textId="492F0436" w:rsidR="0048005F" w:rsidRPr="00E54F8D" w:rsidRDefault="0048005F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7DAB04A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Dijana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Skrbin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Kovačić</w:t>
            </w:r>
          </w:p>
        </w:tc>
      </w:tr>
      <w:tr w:rsidR="001B3212" w:rsidRPr="00E54F8D" w14:paraId="6DF0D9C0" w14:textId="77777777" w:rsidTr="004F5A04">
        <w:tc>
          <w:tcPr>
            <w:tcW w:w="1560" w:type="dxa"/>
          </w:tcPr>
          <w:p w14:paraId="7B9FC23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Katolički vjeronauk</w:t>
            </w:r>
          </w:p>
        </w:tc>
        <w:tc>
          <w:tcPr>
            <w:tcW w:w="993" w:type="dxa"/>
          </w:tcPr>
          <w:p w14:paraId="3AEA9AF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6699</w:t>
            </w:r>
          </w:p>
        </w:tc>
        <w:tc>
          <w:tcPr>
            <w:tcW w:w="1559" w:type="dxa"/>
          </w:tcPr>
          <w:p w14:paraId="5547A742" w14:textId="5C7974BB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Kršćanska sadašnjost </w:t>
            </w:r>
          </w:p>
        </w:tc>
        <w:tc>
          <w:tcPr>
            <w:tcW w:w="2977" w:type="dxa"/>
          </w:tcPr>
          <w:p w14:paraId="38E86B4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NEKA JE BOG PRVI</w:t>
            </w:r>
          </w:p>
        </w:tc>
        <w:tc>
          <w:tcPr>
            <w:tcW w:w="3402" w:type="dxa"/>
          </w:tcPr>
          <w:p w14:paraId="4768C75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za katolički vjeronauk sedmoga razreda osnovne škole</w:t>
            </w:r>
          </w:p>
        </w:tc>
        <w:tc>
          <w:tcPr>
            <w:tcW w:w="3402" w:type="dxa"/>
          </w:tcPr>
          <w:p w14:paraId="19B3CC5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Josip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Periš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Marina Šimić, Ivana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Perčić</w:t>
            </w:r>
            <w:proofErr w:type="spellEnd"/>
          </w:p>
        </w:tc>
      </w:tr>
      <w:tr w:rsidR="001B3212" w:rsidRPr="00E54F8D" w14:paraId="4B93B4D0" w14:textId="77777777" w:rsidTr="004F5A04">
        <w:tc>
          <w:tcPr>
            <w:tcW w:w="1560" w:type="dxa"/>
          </w:tcPr>
          <w:p w14:paraId="4BDE900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Tehnička kultura</w:t>
            </w:r>
          </w:p>
        </w:tc>
        <w:tc>
          <w:tcPr>
            <w:tcW w:w="993" w:type="dxa"/>
          </w:tcPr>
          <w:p w14:paraId="3447A74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6929</w:t>
            </w:r>
          </w:p>
        </w:tc>
        <w:tc>
          <w:tcPr>
            <w:tcW w:w="1559" w:type="dxa"/>
          </w:tcPr>
          <w:p w14:paraId="3BE8D649" w14:textId="0B095FAD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7" w:type="dxa"/>
          </w:tcPr>
          <w:p w14:paraId="6E718EA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TK 7</w:t>
            </w:r>
          </w:p>
        </w:tc>
        <w:tc>
          <w:tcPr>
            <w:tcW w:w="3402" w:type="dxa"/>
          </w:tcPr>
          <w:p w14:paraId="157A783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tehničke kulture za 7. razred osnovne škole</w:t>
            </w:r>
          </w:p>
        </w:tc>
        <w:tc>
          <w:tcPr>
            <w:tcW w:w="3402" w:type="dxa"/>
          </w:tcPr>
          <w:p w14:paraId="1663481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Leon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Zakanji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Dragan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Vlajinić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Damir Čović, Krešimir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Kenfelj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Alenka Šimić, Sanja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Prodanović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Trlin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Marijan Vinković</w:t>
            </w:r>
          </w:p>
        </w:tc>
      </w:tr>
      <w:tr w:rsidR="001B3212" w:rsidRPr="00E54F8D" w14:paraId="60E4B285" w14:textId="77777777" w:rsidTr="004F5A04">
        <w:tc>
          <w:tcPr>
            <w:tcW w:w="1560" w:type="dxa"/>
          </w:tcPr>
          <w:p w14:paraId="7C8C6E3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Informatika</w:t>
            </w:r>
          </w:p>
        </w:tc>
        <w:tc>
          <w:tcPr>
            <w:tcW w:w="993" w:type="dxa"/>
          </w:tcPr>
          <w:p w14:paraId="326C5DD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6979</w:t>
            </w:r>
          </w:p>
        </w:tc>
        <w:tc>
          <w:tcPr>
            <w:tcW w:w="1559" w:type="dxa"/>
          </w:tcPr>
          <w:p w14:paraId="0257D2E7" w14:textId="1664ECED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Školska knjiga </w:t>
            </w:r>
          </w:p>
        </w:tc>
        <w:tc>
          <w:tcPr>
            <w:tcW w:w="2977" w:type="dxa"/>
          </w:tcPr>
          <w:p w14:paraId="7E428F5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#MOJPORTAL7</w:t>
            </w:r>
          </w:p>
        </w:tc>
        <w:tc>
          <w:tcPr>
            <w:tcW w:w="3402" w:type="dxa"/>
          </w:tcPr>
          <w:p w14:paraId="5A81783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informatike s dodatnim digitalnim sadržajima u sedmom razredu osnovne škole</w:t>
            </w:r>
          </w:p>
        </w:tc>
        <w:tc>
          <w:tcPr>
            <w:tcW w:w="3402" w:type="dxa"/>
          </w:tcPr>
          <w:p w14:paraId="33EC9EC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Magdalena Babić, Nikolina Bubica, Stanko Leko, Zoran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Dimovski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Mario Stančić, Ivana Ružić,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Branko Vejnović</w:t>
            </w:r>
          </w:p>
        </w:tc>
      </w:tr>
    </w:tbl>
    <w:p w14:paraId="40A19359" w14:textId="379CF150" w:rsidR="000A308B" w:rsidRDefault="000A308B">
      <w:pPr>
        <w:rPr>
          <w:sz w:val="24"/>
          <w:szCs w:val="24"/>
          <w:lang w:val="hr-HR"/>
        </w:rPr>
      </w:pPr>
    </w:p>
    <w:p w14:paraId="1AE250DF" w14:textId="77777777" w:rsidR="0048005F" w:rsidRPr="00E54F8D" w:rsidRDefault="0048005F">
      <w:pPr>
        <w:rPr>
          <w:sz w:val="24"/>
          <w:szCs w:val="24"/>
          <w:lang w:val="hr-HR"/>
        </w:rPr>
      </w:pPr>
    </w:p>
    <w:tbl>
      <w:tblPr>
        <w:tblStyle w:val="Reetkatablice"/>
        <w:tblW w:w="138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1417"/>
        <w:gridCol w:w="3119"/>
        <w:gridCol w:w="3402"/>
        <w:gridCol w:w="3402"/>
      </w:tblGrid>
      <w:tr w:rsidR="000A308B" w:rsidRPr="00E54F8D" w14:paraId="0D8FF3D9" w14:textId="77777777" w:rsidTr="0048005F">
        <w:tc>
          <w:tcPr>
            <w:tcW w:w="13893" w:type="dxa"/>
            <w:gridSpan w:val="6"/>
          </w:tcPr>
          <w:p w14:paraId="119EA0EA" w14:textId="77777777" w:rsidR="000A308B" w:rsidRPr="00E54F8D" w:rsidRDefault="007C7D70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Osmi razred</w:t>
            </w:r>
          </w:p>
        </w:tc>
      </w:tr>
      <w:tr w:rsidR="001B3212" w:rsidRPr="00E54F8D" w14:paraId="228E65D9" w14:textId="77777777" w:rsidTr="004F5A04">
        <w:tc>
          <w:tcPr>
            <w:tcW w:w="1560" w:type="dxa"/>
          </w:tcPr>
          <w:p w14:paraId="668A8034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PREDMET</w:t>
            </w:r>
          </w:p>
        </w:tc>
        <w:tc>
          <w:tcPr>
            <w:tcW w:w="993" w:type="dxa"/>
          </w:tcPr>
          <w:p w14:paraId="6A6549D1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REG. BR.</w:t>
            </w:r>
          </w:p>
        </w:tc>
        <w:tc>
          <w:tcPr>
            <w:tcW w:w="1417" w:type="dxa"/>
          </w:tcPr>
          <w:p w14:paraId="4ACDCB97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3119" w:type="dxa"/>
          </w:tcPr>
          <w:p w14:paraId="54083293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NASLOV</w:t>
            </w:r>
          </w:p>
        </w:tc>
        <w:tc>
          <w:tcPr>
            <w:tcW w:w="3402" w:type="dxa"/>
          </w:tcPr>
          <w:p w14:paraId="59891F9F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OPIS UDŽBENIKA</w:t>
            </w:r>
          </w:p>
        </w:tc>
        <w:tc>
          <w:tcPr>
            <w:tcW w:w="3402" w:type="dxa"/>
          </w:tcPr>
          <w:p w14:paraId="7C8EF804" w14:textId="77777777" w:rsidR="001B3212" w:rsidRPr="00E54F8D" w:rsidRDefault="001B3212">
            <w:pPr>
              <w:jc w:val="center"/>
              <w:rPr>
                <w:sz w:val="24"/>
                <w:szCs w:val="24"/>
                <w:lang w:val="hr-HR"/>
              </w:rPr>
            </w:pPr>
            <w:r w:rsidRPr="00E54F8D">
              <w:rPr>
                <w:b/>
                <w:sz w:val="24"/>
                <w:szCs w:val="24"/>
                <w:lang w:val="hr-HR"/>
              </w:rPr>
              <w:t>AUTORI</w:t>
            </w:r>
          </w:p>
        </w:tc>
      </w:tr>
      <w:tr w:rsidR="001B3212" w:rsidRPr="00E54F8D" w14:paraId="2A9682AF" w14:textId="77777777" w:rsidTr="004F5A04">
        <w:tc>
          <w:tcPr>
            <w:tcW w:w="1560" w:type="dxa"/>
          </w:tcPr>
          <w:p w14:paraId="4BE5FB8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993" w:type="dxa"/>
          </w:tcPr>
          <w:p w14:paraId="50EECDF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7394</w:t>
            </w:r>
          </w:p>
        </w:tc>
        <w:tc>
          <w:tcPr>
            <w:tcW w:w="1417" w:type="dxa"/>
          </w:tcPr>
          <w:p w14:paraId="745F925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Naklada Ljevak</w:t>
            </w:r>
          </w:p>
        </w:tc>
        <w:tc>
          <w:tcPr>
            <w:tcW w:w="3119" w:type="dxa"/>
          </w:tcPr>
          <w:p w14:paraId="117DA36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HRVATSKA ČITANKA 8</w:t>
            </w:r>
          </w:p>
        </w:tc>
        <w:tc>
          <w:tcPr>
            <w:tcW w:w="3402" w:type="dxa"/>
          </w:tcPr>
          <w:p w14:paraId="1BF2FFF0" w14:textId="3AA19BAF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čitanka za 8. razred osnovne škole</w:t>
            </w:r>
          </w:p>
        </w:tc>
        <w:tc>
          <w:tcPr>
            <w:tcW w:w="3402" w:type="dxa"/>
          </w:tcPr>
          <w:p w14:paraId="5195786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Mirjana Jukić, Slavica Kovač, Iverka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Kraševac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Dubravka Težak, Martina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Tunuković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Martina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Valec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-Rebić</w:t>
            </w:r>
          </w:p>
          <w:p w14:paraId="54515947" w14:textId="1D39E867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</w:tr>
      <w:tr w:rsidR="001B3212" w:rsidRPr="00E54F8D" w14:paraId="10C80E53" w14:textId="77777777" w:rsidTr="004F5A04">
        <w:tc>
          <w:tcPr>
            <w:tcW w:w="1560" w:type="dxa"/>
          </w:tcPr>
          <w:p w14:paraId="6B20360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Hrvatski jezik</w:t>
            </w:r>
          </w:p>
        </w:tc>
        <w:tc>
          <w:tcPr>
            <w:tcW w:w="993" w:type="dxa"/>
          </w:tcPr>
          <w:p w14:paraId="4DC5D58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7395</w:t>
            </w:r>
          </w:p>
        </w:tc>
        <w:tc>
          <w:tcPr>
            <w:tcW w:w="1417" w:type="dxa"/>
          </w:tcPr>
          <w:p w14:paraId="55B85FA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Naklada Ljevak</w:t>
            </w:r>
          </w:p>
          <w:p w14:paraId="399D895D" w14:textId="0F29E810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119" w:type="dxa"/>
          </w:tcPr>
          <w:p w14:paraId="6BAB8F2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HRVATSKA KRIJESNICA 8</w:t>
            </w:r>
          </w:p>
        </w:tc>
        <w:tc>
          <w:tcPr>
            <w:tcW w:w="3402" w:type="dxa"/>
          </w:tcPr>
          <w:p w14:paraId="2F9F80E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iz hrvatskoga jezika za 8. razred osnovne škole</w:t>
            </w:r>
          </w:p>
        </w:tc>
        <w:tc>
          <w:tcPr>
            <w:tcW w:w="3402" w:type="dxa"/>
          </w:tcPr>
          <w:p w14:paraId="15208DD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Slavica Kovač, Mirjana Jukić</w:t>
            </w:r>
          </w:p>
        </w:tc>
      </w:tr>
      <w:tr w:rsidR="001B3212" w:rsidRPr="00E54F8D" w14:paraId="6CD0B586" w14:textId="77777777" w:rsidTr="004F5A04">
        <w:tc>
          <w:tcPr>
            <w:tcW w:w="1560" w:type="dxa"/>
          </w:tcPr>
          <w:p w14:paraId="65DA3DE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Engleski jezik</w:t>
            </w:r>
          </w:p>
        </w:tc>
        <w:tc>
          <w:tcPr>
            <w:tcW w:w="993" w:type="dxa"/>
          </w:tcPr>
          <w:p w14:paraId="00857FC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7477</w:t>
            </w:r>
          </w:p>
        </w:tc>
        <w:tc>
          <w:tcPr>
            <w:tcW w:w="1417" w:type="dxa"/>
          </w:tcPr>
          <w:p w14:paraId="1C843D0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1826FF4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HELLO, WORLD!: radni udžbenik engleskog jezika za osmi razred osnovne škole, osma godina učenja</w:t>
            </w:r>
          </w:p>
        </w:tc>
        <w:tc>
          <w:tcPr>
            <w:tcW w:w="3402" w:type="dxa"/>
          </w:tcPr>
          <w:p w14:paraId="2B1D21AD" w14:textId="6DD4F20B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17A1ACE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Ivana Kirin, Bojana Palijan, Marinko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Uremović</w:t>
            </w:r>
            <w:proofErr w:type="spellEnd"/>
          </w:p>
        </w:tc>
      </w:tr>
      <w:tr w:rsidR="001B3212" w:rsidRPr="00E54F8D" w14:paraId="0E9D1B11" w14:textId="77777777" w:rsidTr="004F5A04">
        <w:tc>
          <w:tcPr>
            <w:tcW w:w="1560" w:type="dxa"/>
          </w:tcPr>
          <w:p w14:paraId="1DD0C9E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993" w:type="dxa"/>
          </w:tcPr>
          <w:p w14:paraId="6DDF957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7716</w:t>
            </w:r>
          </w:p>
        </w:tc>
        <w:tc>
          <w:tcPr>
            <w:tcW w:w="1417" w:type="dxa"/>
          </w:tcPr>
          <w:p w14:paraId="3574CBB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5CB7359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8 : udžbenik matematike za osmi razred osnovne škole, 1. svezak</w:t>
            </w:r>
          </w:p>
        </w:tc>
        <w:tc>
          <w:tcPr>
            <w:tcW w:w="3402" w:type="dxa"/>
          </w:tcPr>
          <w:p w14:paraId="7B90D2F3" w14:textId="1D7C3F8D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7DF9AB5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Z. Šikić, V. Draženović Žitko, I.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Golac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Jakopović, Z. Lobor, M. Milić, T.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Nemeth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G.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Stajčić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M. Vuković</w:t>
            </w:r>
          </w:p>
        </w:tc>
      </w:tr>
      <w:tr w:rsidR="001B3212" w:rsidRPr="00E54F8D" w14:paraId="76B9B9A9" w14:textId="77777777" w:rsidTr="004F5A04">
        <w:tc>
          <w:tcPr>
            <w:tcW w:w="1560" w:type="dxa"/>
          </w:tcPr>
          <w:p w14:paraId="3C240DC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Matematika</w:t>
            </w:r>
          </w:p>
        </w:tc>
        <w:tc>
          <w:tcPr>
            <w:tcW w:w="993" w:type="dxa"/>
          </w:tcPr>
          <w:p w14:paraId="4E306FE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7717</w:t>
            </w:r>
          </w:p>
        </w:tc>
        <w:tc>
          <w:tcPr>
            <w:tcW w:w="1417" w:type="dxa"/>
          </w:tcPr>
          <w:p w14:paraId="3341624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6E653A6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8 : udžbenik matematike za osmi razred osnovne škole, 2. svezak</w:t>
            </w:r>
          </w:p>
        </w:tc>
        <w:tc>
          <w:tcPr>
            <w:tcW w:w="3402" w:type="dxa"/>
          </w:tcPr>
          <w:p w14:paraId="3C7F5D9C" w14:textId="61559907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7D3706C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Z. Šikić, V. Draženović Žitko, I.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Golac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Jakopović, Z. Lobor, M. Milić, T.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Nemeth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G.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Stajčić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M. Vuković</w:t>
            </w:r>
          </w:p>
        </w:tc>
      </w:tr>
      <w:tr w:rsidR="001B3212" w:rsidRPr="00E54F8D" w14:paraId="33BC4190" w14:textId="77777777" w:rsidTr="004F5A04">
        <w:tc>
          <w:tcPr>
            <w:tcW w:w="1560" w:type="dxa"/>
          </w:tcPr>
          <w:p w14:paraId="4E14899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</w:t>
            </w:r>
          </w:p>
        </w:tc>
        <w:tc>
          <w:tcPr>
            <w:tcW w:w="993" w:type="dxa"/>
          </w:tcPr>
          <w:p w14:paraId="35452B27" w14:textId="77777777" w:rsidR="00F81B44" w:rsidRDefault="00F81B44" w:rsidP="00F81B4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7718</w:t>
            </w:r>
          </w:p>
          <w:p w14:paraId="04EE8594" w14:textId="39954F6F" w:rsidR="001B3212" w:rsidRPr="00E54F8D" w:rsidRDefault="00F81B44" w:rsidP="00F81B4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7719</w:t>
            </w:r>
          </w:p>
        </w:tc>
        <w:tc>
          <w:tcPr>
            <w:tcW w:w="1417" w:type="dxa"/>
          </w:tcPr>
          <w:p w14:paraId="4D87229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3C570870" w14:textId="77777777" w:rsidR="00E27191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MATEMATIKA 8</w:t>
            </w:r>
          </w:p>
          <w:p w14:paraId="54468139" w14:textId="0AF03612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radni udžbenik za pomoć učenicima pri učenju matematike, 1. i 2. svezak</w:t>
            </w:r>
          </w:p>
        </w:tc>
        <w:tc>
          <w:tcPr>
            <w:tcW w:w="3402" w:type="dxa"/>
          </w:tcPr>
          <w:p w14:paraId="2FD85268" w14:textId="497556B9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r</w:t>
            </w:r>
            <w:r w:rsidR="001B3212" w:rsidRPr="00E54F8D">
              <w:rPr>
                <w:sz w:val="24"/>
                <w:szCs w:val="24"/>
                <w:lang w:val="hr-HR"/>
              </w:rPr>
              <w:t>adni udžbenik</w:t>
            </w:r>
          </w:p>
        </w:tc>
        <w:tc>
          <w:tcPr>
            <w:tcW w:w="3402" w:type="dxa"/>
          </w:tcPr>
          <w:p w14:paraId="18DE2C7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Z. Šikić, Vlado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Halusek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Višnja Matošević</w:t>
            </w:r>
          </w:p>
        </w:tc>
      </w:tr>
      <w:tr w:rsidR="001B3212" w:rsidRPr="00E54F8D" w14:paraId="18DE6C16" w14:textId="77777777" w:rsidTr="004F5A04">
        <w:tc>
          <w:tcPr>
            <w:tcW w:w="1560" w:type="dxa"/>
          </w:tcPr>
          <w:p w14:paraId="582C11AB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</w:t>
            </w:r>
          </w:p>
        </w:tc>
        <w:tc>
          <w:tcPr>
            <w:tcW w:w="993" w:type="dxa"/>
          </w:tcPr>
          <w:p w14:paraId="2DAEBD9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7284</w:t>
            </w:r>
          </w:p>
        </w:tc>
        <w:tc>
          <w:tcPr>
            <w:tcW w:w="1417" w:type="dxa"/>
          </w:tcPr>
          <w:p w14:paraId="23AC15F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119" w:type="dxa"/>
          </w:tcPr>
          <w:p w14:paraId="1BD42D0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 8 : udžbenik iz povijesti za osmi razred osnovne škole</w:t>
            </w:r>
          </w:p>
        </w:tc>
        <w:tc>
          <w:tcPr>
            <w:tcW w:w="3402" w:type="dxa"/>
          </w:tcPr>
          <w:p w14:paraId="35CF4BA4" w14:textId="774D9EBE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6C95A8F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Nazor, Nikica Barić, Ivan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Brigović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Zaviša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Kačić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Alesić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Mira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Racić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Zrinka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Racić</w:t>
            </w:r>
            <w:proofErr w:type="spellEnd"/>
          </w:p>
        </w:tc>
      </w:tr>
      <w:tr w:rsidR="001B3212" w:rsidRPr="00E54F8D" w14:paraId="3F1A1854" w14:textId="77777777" w:rsidTr="004F5A04">
        <w:tc>
          <w:tcPr>
            <w:tcW w:w="1560" w:type="dxa"/>
          </w:tcPr>
          <w:p w14:paraId="27E5395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</w:t>
            </w:r>
          </w:p>
        </w:tc>
        <w:tc>
          <w:tcPr>
            <w:tcW w:w="993" w:type="dxa"/>
          </w:tcPr>
          <w:p w14:paraId="1FD6BFE4" w14:textId="7CE19494" w:rsidR="00F81B44" w:rsidRPr="00E54F8D" w:rsidRDefault="00F81B4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7285</w:t>
            </w:r>
          </w:p>
        </w:tc>
        <w:tc>
          <w:tcPr>
            <w:tcW w:w="1417" w:type="dxa"/>
          </w:tcPr>
          <w:p w14:paraId="0C8C412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119" w:type="dxa"/>
          </w:tcPr>
          <w:p w14:paraId="51F088FF" w14:textId="77777777" w:rsidR="004F5A04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POVIJEST 8</w:t>
            </w:r>
          </w:p>
          <w:p w14:paraId="7BAC5F43" w14:textId="35532649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(prilagođeno)</w:t>
            </w:r>
          </w:p>
        </w:tc>
        <w:tc>
          <w:tcPr>
            <w:tcW w:w="3402" w:type="dxa"/>
          </w:tcPr>
          <w:p w14:paraId="1ECF9556" w14:textId="7B747418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 iz povijesti za osmi razred osnovne škole (prilagođeno za učenike s teškoćama u učenju)</w:t>
            </w:r>
          </w:p>
        </w:tc>
        <w:tc>
          <w:tcPr>
            <w:tcW w:w="3402" w:type="dxa"/>
          </w:tcPr>
          <w:p w14:paraId="1CA0D1C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Nazor,, Nikica Barić,, Ivan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Brigović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Zaviša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Kačić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Alesić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,, Mira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Racić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,, Zrinka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Racić</w:t>
            </w:r>
            <w:proofErr w:type="spellEnd"/>
          </w:p>
        </w:tc>
      </w:tr>
      <w:tr w:rsidR="001B3212" w:rsidRPr="00E54F8D" w14:paraId="6336FB23" w14:textId="77777777" w:rsidTr="004F5A04">
        <w:tc>
          <w:tcPr>
            <w:tcW w:w="1560" w:type="dxa"/>
          </w:tcPr>
          <w:p w14:paraId="67241DD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Glazbena kultura</w:t>
            </w:r>
          </w:p>
        </w:tc>
        <w:tc>
          <w:tcPr>
            <w:tcW w:w="993" w:type="dxa"/>
          </w:tcPr>
          <w:p w14:paraId="6F9A8ED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7603</w:t>
            </w:r>
          </w:p>
        </w:tc>
        <w:tc>
          <w:tcPr>
            <w:tcW w:w="1417" w:type="dxa"/>
          </w:tcPr>
          <w:p w14:paraId="176682A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119" w:type="dxa"/>
          </w:tcPr>
          <w:p w14:paraId="776DFFF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ALLEGRO 8: udžbenik glazbene kulture u osmom razredu osnovne škole s dodatnim digitalnim sadržajima</w:t>
            </w:r>
          </w:p>
          <w:p w14:paraId="52AE4110" w14:textId="6E380D95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0202F635" w14:textId="5A5C012C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46ABF83D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Natalija Banov, Davor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Brđanović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Sandra Frančišković, Sandra Ivančić, Eva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Kirchmayer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Bilić, Alenka Martinović, Darko Novosel, Tomislav Pehar, Filip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Aver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Jelavić</w:t>
            </w:r>
          </w:p>
        </w:tc>
      </w:tr>
      <w:tr w:rsidR="001B3212" w:rsidRPr="00E54F8D" w14:paraId="50B2D789" w14:textId="77777777" w:rsidTr="004F5A04">
        <w:tc>
          <w:tcPr>
            <w:tcW w:w="1560" w:type="dxa"/>
          </w:tcPr>
          <w:p w14:paraId="4F4D677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Likovna kultura</w:t>
            </w:r>
          </w:p>
        </w:tc>
        <w:tc>
          <w:tcPr>
            <w:tcW w:w="993" w:type="dxa"/>
          </w:tcPr>
          <w:p w14:paraId="67876D2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7499</w:t>
            </w:r>
          </w:p>
        </w:tc>
        <w:tc>
          <w:tcPr>
            <w:tcW w:w="1417" w:type="dxa"/>
          </w:tcPr>
          <w:p w14:paraId="5173C6C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498D050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OPAŽAM, OBLIKUJEM 8 : udžbenik iz likovne kulture za 8. razred osnovne škole</w:t>
            </w:r>
          </w:p>
          <w:p w14:paraId="619E07C0" w14:textId="52029EA5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069C3ED3" w14:textId="7163ED2D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3322D19C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Martina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Kosec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Romana Nikolić</w:t>
            </w:r>
          </w:p>
        </w:tc>
      </w:tr>
      <w:tr w:rsidR="001B3212" w:rsidRPr="00E54F8D" w14:paraId="510C5012" w14:textId="77777777" w:rsidTr="004F5A04">
        <w:tc>
          <w:tcPr>
            <w:tcW w:w="1560" w:type="dxa"/>
          </w:tcPr>
          <w:p w14:paraId="78038AB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Tehnička kultura</w:t>
            </w:r>
          </w:p>
        </w:tc>
        <w:tc>
          <w:tcPr>
            <w:tcW w:w="993" w:type="dxa"/>
          </w:tcPr>
          <w:p w14:paraId="3AECA60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7508</w:t>
            </w:r>
          </w:p>
        </w:tc>
        <w:tc>
          <w:tcPr>
            <w:tcW w:w="1417" w:type="dxa"/>
          </w:tcPr>
          <w:p w14:paraId="23AA52F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583D308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TK 8 : udžbenik tehničke kulture za osmi razred osnovne škole</w:t>
            </w:r>
          </w:p>
        </w:tc>
        <w:tc>
          <w:tcPr>
            <w:tcW w:w="3402" w:type="dxa"/>
          </w:tcPr>
          <w:p w14:paraId="3E7ACB36" w14:textId="7E1B82F9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07D2A43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Damir Čović, Valentina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Dijačić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Tome Kovačević, Sanja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Prodanović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Trlin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Darko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Suman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Alenka Šimić, Ivica Šimić, Marijan Vinković, Dragan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Vlajinić</w:t>
            </w:r>
            <w:proofErr w:type="spellEnd"/>
          </w:p>
        </w:tc>
      </w:tr>
      <w:tr w:rsidR="001B3212" w:rsidRPr="00E54F8D" w14:paraId="6DD66DF9" w14:textId="77777777" w:rsidTr="004F5A04">
        <w:tc>
          <w:tcPr>
            <w:tcW w:w="1560" w:type="dxa"/>
          </w:tcPr>
          <w:p w14:paraId="6068A39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Informatika</w:t>
            </w:r>
          </w:p>
        </w:tc>
        <w:tc>
          <w:tcPr>
            <w:tcW w:w="993" w:type="dxa"/>
          </w:tcPr>
          <w:p w14:paraId="2957FA7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7601</w:t>
            </w:r>
          </w:p>
        </w:tc>
        <w:tc>
          <w:tcPr>
            <w:tcW w:w="1417" w:type="dxa"/>
          </w:tcPr>
          <w:p w14:paraId="2F31A78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119" w:type="dxa"/>
          </w:tcPr>
          <w:p w14:paraId="0B675E8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#MOJPORTAL8 : udžbenik informatike u osmom razredu osnovne škole s dodatnim digitalnim sadržajima</w:t>
            </w:r>
          </w:p>
          <w:p w14:paraId="1EF524F6" w14:textId="42066BEE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3D97C450" w14:textId="41FD8874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02530DD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Magdalena Babić, Nikolina Bubica, Zoran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Dimovski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Stanko Leko, Nikola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Mihočka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Ivana Ružić, Mario Stančić, Branko Vejnović</w:t>
            </w:r>
          </w:p>
        </w:tc>
      </w:tr>
      <w:tr w:rsidR="001B3212" w:rsidRPr="00E54F8D" w14:paraId="6C309D37" w14:textId="77777777" w:rsidTr="004F5A04">
        <w:tc>
          <w:tcPr>
            <w:tcW w:w="1560" w:type="dxa"/>
          </w:tcPr>
          <w:p w14:paraId="5645DEA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Vjeronauk</w:t>
            </w:r>
          </w:p>
        </w:tc>
        <w:tc>
          <w:tcPr>
            <w:tcW w:w="993" w:type="dxa"/>
          </w:tcPr>
          <w:p w14:paraId="517B3D1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7361</w:t>
            </w:r>
          </w:p>
        </w:tc>
        <w:tc>
          <w:tcPr>
            <w:tcW w:w="1417" w:type="dxa"/>
          </w:tcPr>
          <w:p w14:paraId="7FE2F9A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Kršćanska sadašnjost</w:t>
            </w:r>
          </w:p>
        </w:tc>
        <w:tc>
          <w:tcPr>
            <w:tcW w:w="3119" w:type="dxa"/>
          </w:tcPr>
          <w:p w14:paraId="2429E45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UKORAK S ISUSOM: udžbenik za katolički vjeronauk osmoga razreda osnovne škole</w:t>
            </w:r>
          </w:p>
          <w:p w14:paraId="418FC618" w14:textId="17A15AED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43AF6581" w14:textId="672B5409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3AD5D71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Josip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Periš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Marina Šimić, Ivana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Perčić</w:t>
            </w:r>
            <w:proofErr w:type="spellEnd"/>
          </w:p>
        </w:tc>
      </w:tr>
      <w:tr w:rsidR="001B3212" w:rsidRPr="00E54F8D" w14:paraId="678CE7AD" w14:textId="77777777" w:rsidTr="004F5A04">
        <w:tc>
          <w:tcPr>
            <w:tcW w:w="1560" w:type="dxa"/>
          </w:tcPr>
          <w:p w14:paraId="200C306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Njemački jezik</w:t>
            </w:r>
          </w:p>
        </w:tc>
        <w:tc>
          <w:tcPr>
            <w:tcW w:w="993" w:type="dxa"/>
          </w:tcPr>
          <w:p w14:paraId="0EA9CF2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7493</w:t>
            </w:r>
          </w:p>
        </w:tc>
        <w:tc>
          <w:tcPr>
            <w:tcW w:w="1417" w:type="dxa"/>
          </w:tcPr>
          <w:p w14:paraId="237C44E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289A83F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MAXIMAL 5: udžbenik njemačkoga jezika za osmi razred osnovne škole, peta godina učenja</w:t>
            </w:r>
          </w:p>
          <w:p w14:paraId="716B83C4" w14:textId="76294720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44AAE519" w14:textId="35083C84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6B23C35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Giorgio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Motta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Elzbieta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Krulak-Kempisty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Dagmar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Glück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Kerstin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Reinke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Mirjana Klobučar</w:t>
            </w:r>
          </w:p>
        </w:tc>
      </w:tr>
      <w:tr w:rsidR="001B3212" w:rsidRPr="00E54F8D" w14:paraId="4AEBE4CB" w14:textId="77777777" w:rsidTr="004F5A04">
        <w:tc>
          <w:tcPr>
            <w:tcW w:w="1560" w:type="dxa"/>
          </w:tcPr>
          <w:p w14:paraId="23A0D52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Kemija</w:t>
            </w:r>
          </w:p>
        </w:tc>
        <w:tc>
          <w:tcPr>
            <w:tcW w:w="993" w:type="dxa"/>
          </w:tcPr>
          <w:p w14:paraId="6C1D2170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6867</w:t>
            </w:r>
          </w:p>
        </w:tc>
        <w:tc>
          <w:tcPr>
            <w:tcW w:w="1417" w:type="dxa"/>
          </w:tcPr>
          <w:p w14:paraId="3498A659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776E20B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KEMIJA 8 - udžbenik kemije za osmi razred osnovne škole</w:t>
            </w:r>
          </w:p>
          <w:p w14:paraId="5F326418" w14:textId="4AC4B55A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2B36DCAA" w14:textId="49FF52CC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72BC2778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Roko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Vladušić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Sanda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Šimičić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Miroslav Pernar</w:t>
            </w:r>
          </w:p>
        </w:tc>
      </w:tr>
      <w:tr w:rsidR="001B3212" w:rsidRPr="00E54F8D" w14:paraId="23AEDAEB" w14:textId="77777777" w:rsidTr="004F5A04">
        <w:tc>
          <w:tcPr>
            <w:tcW w:w="1560" w:type="dxa"/>
          </w:tcPr>
          <w:p w14:paraId="56B509C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</w:t>
            </w:r>
          </w:p>
        </w:tc>
        <w:tc>
          <w:tcPr>
            <w:tcW w:w="993" w:type="dxa"/>
          </w:tcPr>
          <w:p w14:paraId="7A44DC7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7012</w:t>
            </w:r>
          </w:p>
        </w:tc>
        <w:tc>
          <w:tcPr>
            <w:tcW w:w="1417" w:type="dxa"/>
          </w:tcPr>
          <w:p w14:paraId="3ECA1AB8" w14:textId="3C3C0C11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119" w:type="dxa"/>
          </w:tcPr>
          <w:p w14:paraId="1AB10D1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 OKO NAS 8 - udžbenik fizike s dodatnim digitalnim sadržajima u osmom razredu osnovne škole</w:t>
            </w:r>
          </w:p>
          <w:p w14:paraId="6A6FD0E5" w14:textId="56EB4489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5EADC90A" w14:textId="32BDBE3E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4C067B6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Vladimir Paar, Sanja Martinko, Tanja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Ćulibrk</w:t>
            </w:r>
            <w:proofErr w:type="spellEnd"/>
          </w:p>
        </w:tc>
      </w:tr>
      <w:tr w:rsidR="001B3212" w:rsidRPr="00E54F8D" w14:paraId="4A59D79B" w14:textId="77777777" w:rsidTr="004F5A04">
        <w:tc>
          <w:tcPr>
            <w:tcW w:w="1560" w:type="dxa"/>
          </w:tcPr>
          <w:p w14:paraId="061128EA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</w:t>
            </w:r>
          </w:p>
        </w:tc>
        <w:tc>
          <w:tcPr>
            <w:tcW w:w="993" w:type="dxa"/>
          </w:tcPr>
          <w:p w14:paraId="5B5B4DAE" w14:textId="77A8D6B0" w:rsidR="001B3212" w:rsidRPr="00E54F8D" w:rsidRDefault="00F81B4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7959</w:t>
            </w:r>
          </w:p>
        </w:tc>
        <w:tc>
          <w:tcPr>
            <w:tcW w:w="1417" w:type="dxa"/>
          </w:tcPr>
          <w:p w14:paraId="58C000A6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3119" w:type="dxa"/>
          </w:tcPr>
          <w:p w14:paraId="17DB88D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FIZIKA OKO NAS 8 -   udžbenik fizike za pomoć u učenju fizike u osmom razredu osnovne škole</w:t>
            </w:r>
          </w:p>
          <w:p w14:paraId="58E5C47C" w14:textId="154F2217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01AF9D4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</w:t>
            </w:r>
          </w:p>
        </w:tc>
        <w:tc>
          <w:tcPr>
            <w:tcW w:w="3402" w:type="dxa"/>
          </w:tcPr>
          <w:p w14:paraId="493119D6" w14:textId="10AD452E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Sanja Martinko</w:t>
            </w:r>
            <w:r w:rsidR="00F81B44">
              <w:rPr>
                <w:sz w:val="24"/>
                <w:szCs w:val="24"/>
                <w:lang w:val="hr-HR"/>
              </w:rPr>
              <w:t xml:space="preserve">, </w:t>
            </w:r>
            <w:r w:rsidRPr="00E54F8D">
              <w:rPr>
                <w:sz w:val="24"/>
                <w:szCs w:val="24"/>
                <w:lang w:val="hr-HR"/>
              </w:rPr>
              <w:t xml:space="preserve">Tanja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Ćulibrk</w:t>
            </w:r>
            <w:proofErr w:type="spellEnd"/>
          </w:p>
        </w:tc>
      </w:tr>
      <w:tr w:rsidR="001B3212" w:rsidRPr="00E54F8D" w14:paraId="2CE6CDA5" w14:textId="77777777" w:rsidTr="004F5A04">
        <w:tc>
          <w:tcPr>
            <w:tcW w:w="1560" w:type="dxa"/>
          </w:tcPr>
          <w:p w14:paraId="73B1431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lastRenderedPageBreak/>
              <w:t>Biologija</w:t>
            </w:r>
          </w:p>
        </w:tc>
        <w:tc>
          <w:tcPr>
            <w:tcW w:w="993" w:type="dxa"/>
          </w:tcPr>
          <w:p w14:paraId="7267341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6814</w:t>
            </w:r>
          </w:p>
        </w:tc>
        <w:tc>
          <w:tcPr>
            <w:tcW w:w="1417" w:type="dxa"/>
          </w:tcPr>
          <w:p w14:paraId="7C45A69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Profil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Klett</w:t>
            </w:r>
            <w:proofErr w:type="spellEnd"/>
          </w:p>
        </w:tc>
        <w:tc>
          <w:tcPr>
            <w:tcW w:w="3119" w:type="dxa"/>
          </w:tcPr>
          <w:p w14:paraId="17162D5B" w14:textId="3FF5D08F" w:rsidR="00E54F8D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BIOLOGIJA 8 : udžbenik iz Biologije za 8. razred osnovne škole</w:t>
            </w:r>
          </w:p>
        </w:tc>
        <w:tc>
          <w:tcPr>
            <w:tcW w:w="3402" w:type="dxa"/>
          </w:tcPr>
          <w:p w14:paraId="48D6BED2" w14:textId="6A19FF51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7163520E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Anica Banović, Martina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Čiček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Ozrenka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 xml:space="preserve"> Meštrović, Sunčana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Mumelaš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Tanja Petrač</w:t>
            </w:r>
          </w:p>
        </w:tc>
      </w:tr>
      <w:tr w:rsidR="001B3212" w:rsidRPr="00E54F8D" w14:paraId="148C2738" w14:textId="77777777" w:rsidTr="004F5A04">
        <w:tc>
          <w:tcPr>
            <w:tcW w:w="1560" w:type="dxa"/>
          </w:tcPr>
          <w:p w14:paraId="2D6BEC57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993" w:type="dxa"/>
          </w:tcPr>
          <w:p w14:paraId="20567E54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7274</w:t>
            </w:r>
          </w:p>
        </w:tc>
        <w:tc>
          <w:tcPr>
            <w:tcW w:w="1417" w:type="dxa"/>
          </w:tcPr>
          <w:p w14:paraId="31392340" w14:textId="59A3DE3A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119" w:type="dxa"/>
          </w:tcPr>
          <w:p w14:paraId="637B52DF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4 : udžbenik za 8. razred osnovne škole</w:t>
            </w:r>
          </w:p>
          <w:p w14:paraId="780A13B5" w14:textId="2DA9BB18" w:rsidR="00E54F8D" w:rsidRPr="00E54F8D" w:rsidRDefault="00E54F8D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35A2EF34" w14:textId="6C8FBDE7" w:rsidR="001B3212" w:rsidRPr="00E54F8D" w:rsidRDefault="00C75DD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</w:t>
            </w:r>
            <w:r w:rsidR="001B3212" w:rsidRPr="00E54F8D">
              <w:rPr>
                <w:sz w:val="24"/>
                <w:szCs w:val="24"/>
                <w:lang w:val="hr-HR"/>
              </w:rPr>
              <w:t>džbenik</w:t>
            </w:r>
          </w:p>
        </w:tc>
        <w:tc>
          <w:tcPr>
            <w:tcW w:w="3402" w:type="dxa"/>
          </w:tcPr>
          <w:p w14:paraId="46BF7FD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Kožul, Silvija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Krpes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 Krunoslav Samardžić, Milan Vukelić</w:t>
            </w:r>
          </w:p>
        </w:tc>
      </w:tr>
      <w:tr w:rsidR="001B3212" w:rsidRPr="00E54F8D" w14:paraId="6FE9A2C5" w14:textId="77777777" w:rsidTr="004F5A04">
        <w:tc>
          <w:tcPr>
            <w:tcW w:w="1560" w:type="dxa"/>
          </w:tcPr>
          <w:p w14:paraId="5FC95B0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Geografija</w:t>
            </w:r>
          </w:p>
        </w:tc>
        <w:tc>
          <w:tcPr>
            <w:tcW w:w="993" w:type="dxa"/>
          </w:tcPr>
          <w:p w14:paraId="4AB5BA30" w14:textId="3D3E98E5" w:rsidR="001B3212" w:rsidRPr="00E54F8D" w:rsidRDefault="00F81B4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7743</w:t>
            </w:r>
          </w:p>
        </w:tc>
        <w:tc>
          <w:tcPr>
            <w:tcW w:w="1417" w:type="dxa"/>
          </w:tcPr>
          <w:p w14:paraId="38B4A871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Alfa</w:t>
            </w:r>
          </w:p>
        </w:tc>
        <w:tc>
          <w:tcPr>
            <w:tcW w:w="3119" w:type="dxa"/>
          </w:tcPr>
          <w:p w14:paraId="05AECB33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Moja Zemlja 4 (prilagođeno)</w:t>
            </w:r>
          </w:p>
        </w:tc>
        <w:tc>
          <w:tcPr>
            <w:tcW w:w="3402" w:type="dxa"/>
          </w:tcPr>
          <w:p w14:paraId="1DB61655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>Udžbenik iz geografije za osmi razred osnovne škole (prilagođeno za učenike s teškoćama u učenju)</w:t>
            </w:r>
          </w:p>
        </w:tc>
        <w:tc>
          <w:tcPr>
            <w:tcW w:w="3402" w:type="dxa"/>
          </w:tcPr>
          <w:p w14:paraId="6D837432" w14:textId="77777777" w:rsidR="001B3212" w:rsidRPr="00E54F8D" w:rsidRDefault="001B3212">
            <w:pPr>
              <w:rPr>
                <w:sz w:val="24"/>
                <w:szCs w:val="24"/>
                <w:lang w:val="hr-HR"/>
              </w:rPr>
            </w:pPr>
            <w:r w:rsidRPr="00E54F8D">
              <w:rPr>
                <w:sz w:val="24"/>
                <w:szCs w:val="24"/>
                <w:lang w:val="hr-HR"/>
              </w:rPr>
              <w:t xml:space="preserve">Ante Kožul,, Silvija </w:t>
            </w:r>
            <w:proofErr w:type="spellStart"/>
            <w:r w:rsidRPr="00E54F8D">
              <w:rPr>
                <w:sz w:val="24"/>
                <w:szCs w:val="24"/>
                <w:lang w:val="hr-HR"/>
              </w:rPr>
              <w:t>Krpes</w:t>
            </w:r>
            <w:proofErr w:type="spellEnd"/>
            <w:r w:rsidRPr="00E54F8D">
              <w:rPr>
                <w:sz w:val="24"/>
                <w:szCs w:val="24"/>
                <w:lang w:val="hr-HR"/>
              </w:rPr>
              <w:t>,, Krunoslav Samardžić,, Milan Vukelić</w:t>
            </w:r>
          </w:p>
        </w:tc>
      </w:tr>
    </w:tbl>
    <w:p w14:paraId="711655F3" w14:textId="77777777" w:rsidR="000A308B" w:rsidRPr="00E54F8D" w:rsidRDefault="000A308B">
      <w:pPr>
        <w:rPr>
          <w:sz w:val="24"/>
          <w:szCs w:val="24"/>
          <w:lang w:val="hr-HR"/>
        </w:rPr>
      </w:pPr>
    </w:p>
    <w:p w14:paraId="7D532B12" w14:textId="77777777" w:rsidR="007C7D70" w:rsidRPr="00E54F8D" w:rsidRDefault="007C7D70">
      <w:pPr>
        <w:rPr>
          <w:sz w:val="24"/>
          <w:szCs w:val="24"/>
          <w:lang w:val="hr-HR"/>
        </w:rPr>
      </w:pPr>
    </w:p>
    <w:sectPr w:rsidR="007C7D70" w:rsidRPr="00E54F8D" w:rsidSect="000346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283"/>
    <w:rsid w:val="000A308B"/>
    <w:rsid w:val="0015074B"/>
    <w:rsid w:val="001B3212"/>
    <w:rsid w:val="002366C0"/>
    <w:rsid w:val="00264593"/>
    <w:rsid w:val="00271D8C"/>
    <w:rsid w:val="0029639D"/>
    <w:rsid w:val="00326F90"/>
    <w:rsid w:val="00461250"/>
    <w:rsid w:val="0048005F"/>
    <w:rsid w:val="004F5A04"/>
    <w:rsid w:val="004F62C0"/>
    <w:rsid w:val="00547A64"/>
    <w:rsid w:val="005D5D81"/>
    <w:rsid w:val="007C7D70"/>
    <w:rsid w:val="00906A5F"/>
    <w:rsid w:val="009E767E"/>
    <w:rsid w:val="00A80F70"/>
    <w:rsid w:val="00AA1D8D"/>
    <w:rsid w:val="00AA7985"/>
    <w:rsid w:val="00B47730"/>
    <w:rsid w:val="00B73212"/>
    <w:rsid w:val="00C75DD6"/>
    <w:rsid w:val="00CB0664"/>
    <w:rsid w:val="00CE76D4"/>
    <w:rsid w:val="00D31D83"/>
    <w:rsid w:val="00E27191"/>
    <w:rsid w:val="00E54F8D"/>
    <w:rsid w:val="00E745C9"/>
    <w:rsid w:val="00F81B44"/>
    <w:rsid w:val="00F845C2"/>
    <w:rsid w:val="00F908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8F80D"/>
  <w14:defaultImageDpi w14:val="300"/>
  <w15:docId w15:val="{E8E9CD94-E9EB-46F5-B0C4-C13C4E72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26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4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39143-8D29-4918-A4E6-1436DDFD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3417</Words>
  <Characters>19478</Characters>
  <Application>Microsoft Office Word</Application>
  <DocSecurity>0</DocSecurity>
  <Lines>162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Marko Morić</cp:lastModifiedBy>
  <cp:revision>10</cp:revision>
  <cp:lastPrinted>2026-07-06T09:28:00Z</cp:lastPrinted>
  <dcterms:created xsi:type="dcterms:W3CDTF">2026-07-24T12:32:00Z</dcterms:created>
  <dcterms:modified xsi:type="dcterms:W3CDTF">2026-07-24T14:31:00Z</dcterms:modified>
  <cp:category/>
</cp:coreProperties>
</file>